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B11A" w14:textId="77777777" w:rsidR="002F0D46" w:rsidRDefault="00000000">
      <w:pPr>
        <w:spacing w:before="800" w:after="240" w:line="259" w:lineRule="auto"/>
        <w:jc w:val="center"/>
      </w:pPr>
      <w:r>
        <w:rPr>
          <w:b/>
          <w:sz w:val="32"/>
        </w:rPr>
        <w:t>AUGUST HOLIDAY ASSIGNMENT 2026</w:t>
      </w:r>
    </w:p>
    <w:p w14:paraId="3B480BE9" w14:textId="77777777" w:rsidR="002F0D46" w:rsidRDefault="00000000">
      <w:pPr>
        <w:spacing w:after="160" w:line="259" w:lineRule="auto"/>
        <w:jc w:val="center"/>
      </w:pPr>
      <w:r>
        <w:rPr>
          <w:b/>
          <w:sz w:val="30"/>
        </w:rPr>
        <w:t>GRADE 9 AGRICULTURE</w:t>
      </w:r>
    </w:p>
    <w:p w14:paraId="55FDBED6" w14:textId="77777777" w:rsidR="002F0D46" w:rsidRDefault="00000000">
      <w:pPr>
        <w:spacing w:after="360" w:line="259" w:lineRule="auto"/>
        <w:jc w:val="center"/>
      </w:pPr>
      <w:r>
        <w:rPr>
          <w:b/>
        </w:rPr>
        <w:t>CBC Competency-Based Assessment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100"/>
        <w:gridCol w:w="7176"/>
      </w:tblGrid>
      <w:tr w:rsidR="002F0D46" w14:paraId="67938073" w14:textId="77777777">
        <w:trPr>
          <w:jc w:val="center"/>
        </w:trPr>
        <w:tc>
          <w:tcPr>
            <w:tcW w:w="2100" w:type="dxa"/>
            <w:vAlign w:val="center"/>
          </w:tcPr>
          <w:p w14:paraId="028F05BE" w14:textId="77777777" w:rsidR="002F0D46" w:rsidRDefault="00000000">
            <w:pPr>
              <w:spacing w:before="60" w:after="60" w:line="259" w:lineRule="auto"/>
            </w:pPr>
            <w:r>
              <w:rPr>
                <w:b/>
              </w:rPr>
              <w:t>Learner's Name:</w:t>
            </w:r>
          </w:p>
        </w:tc>
        <w:tc>
          <w:tcPr>
            <w:tcW w:w="5900" w:type="dxa"/>
            <w:vAlign w:val="center"/>
          </w:tcPr>
          <w:p w14:paraId="43DBF003" w14:textId="77777777" w:rsidR="002F0D46" w:rsidRDefault="00000000">
            <w:pPr>
              <w:spacing w:before="60" w:after="60" w:line="259" w:lineRule="auto"/>
            </w:pPr>
            <w:r>
              <w:t>______________________________________________</w:t>
            </w:r>
          </w:p>
        </w:tc>
      </w:tr>
      <w:tr w:rsidR="002F0D46" w14:paraId="0F465237" w14:textId="77777777">
        <w:trPr>
          <w:jc w:val="center"/>
        </w:trPr>
        <w:tc>
          <w:tcPr>
            <w:tcW w:w="2100" w:type="dxa"/>
            <w:vAlign w:val="center"/>
          </w:tcPr>
          <w:p w14:paraId="20B3B90F" w14:textId="77777777" w:rsidR="002F0D46" w:rsidRDefault="00000000">
            <w:pPr>
              <w:spacing w:before="60" w:after="60" w:line="259" w:lineRule="auto"/>
            </w:pPr>
            <w:r>
              <w:rPr>
                <w:b/>
              </w:rPr>
              <w:t>School:</w:t>
            </w:r>
          </w:p>
        </w:tc>
        <w:tc>
          <w:tcPr>
            <w:tcW w:w="5900" w:type="dxa"/>
            <w:vAlign w:val="center"/>
          </w:tcPr>
          <w:p w14:paraId="29CF42E7" w14:textId="77777777" w:rsidR="002F0D46" w:rsidRDefault="00000000">
            <w:pPr>
              <w:spacing w:before="60" w:after="60" w:line="259" w:lineRule="auto"/>
            </w:pPr>
            <w:r>
              <w:t>________________________________________________________</w:t>
            </w:r>
          </w:p>
        </w:tc>
      </w:tr>
      <w:tr w:rsidR="002F0D46" w14:paraId="19D31F07" w14:textId="77777777">
        <w:trPr>
          <w:jc w:val="center"/>
        </w:trPr>
        <w:tc>
          <w:tcPr>
            <w:tcW w:w="2100" w:type="dxa"/>
            <w:vAlign w:val="center"/>
          </w:tcPr>
          <w:p w14:paraId="17CCC799" w14:textId="77777777" w:rsidR="002F0D46" w:rsidRDefault="00000000">
            <w:pPr>
              <w:spacing w:before="60" w:after="60" w:line="259" w:lineRule="auto"/>
            </w:pPr>
            <w:r>
              <w:rPr>
                <w:b/>
              </w:rPr>
              <w:t>Date:</w:t>
            </w:r>
          </w:p>
        </w:tc>
        <w:tc>
          <w:tcPr>
            <w:tcW w:w="5900" w:type="dxa"/>
            <w:vAlign w:val="center"/>
          </w:tcPr>
          <w:p w14:paraId="2611F43A" w14:textId="77777777" w:rsidR="002F0D46" w:rsidRDefault="00000000">
            <w:pPr>
              <w:spacing w:before="60" w:after="60" w:line="259" w:lineRule="auto"/>
            </w:pPr>
            <w:r>
              <w:t>__________________________________________________________</w:t>
            </w:r>
          </w:p>
        </w:tc>
      </w:tr>
      <w:tr w:rsidR="002F0D46" w14:paraId="2ECBC32A" w14:textId="77777777">
        <w:trPr>
          <w:jc w:val="center"/>
        </w:trPr>
        <w:tc>
          <w:tcPr>
            <w:tcW w:w="2100" w:type="dxa"/>
            <w:vAlign w:val="center"/>
          </w:tcPr>
          <w:p w14:paraId="535A0DBC" w14:textId="77777777" w:rsidR="002F0D46" w:rsidRDefault="00000000">
            <w:pPr>
              <w:spacing w:before="60" w:after="60" w:line="259" w:lineRule="auto"/>
            </w:pPr>
            <w:r>
              <w:rPr>
                <w:b/>
              </w:rPr>
              <w:t>Time:</w:t>
            </w:r>
          </w:p>
        </w:tc>
        <w:tc>
          <w:tcPr>
            <w:tcW w:w="5900" w:type="dxa"/>
            <w:vAlign w:val="center"/>
          </w:tcPr>
          <w:p w14:paraId="40CDB5FF" w14:textId="77777777" w:rsidR="002F0D46" w:rsidRDefault="00000000">
            <w:pPr>
              <w:spacing w:before="60" w:after="60" w:line="259" w:lineRule="auto"/>
            </w:pPr>
            <w:r>
              <w:t>1 hour 30 minutes</w:t>
            </w:r>
          </w:p>
        </w:tc>
      </w:tr>
      <w:tr w:rsidR="002F0D46" w14:paraId="656DCC41" w14:textId="77777777">
        <w:trPr>
          <w:jc w:val="center"/>
        </w:trPr>
        <w:tc>
          <w:tcPr>
            <w:tcW w:w="2100" w:type="dxa"/>
            <w:vAlign w:val="center"/>
          </w:tcPr>
          <w:p w14:paraId="5A0AFFB1" w14:textId="77777777" w:rsidR="002F0D46" w:rsidRDefault="00000000">
            <w:pPr>
              <w:spacing w:before="60" w:after="60" w:line="259" w:lineRule="auto"/>
            </w:pPr>
            <w:r>
              <w:rPr>
                <w:b/>
              </w:rPr>
              <w:t>Total Marks:</w:t>
            </w:r>
          </w:p>
        </w:tc>
        <w:tc>
          <w:tcPr>
            <w:tcW w:w="5900" w:type="dxa"/>
            <w:vAlign w:val="center"/>
          </w:tcPr>
          <w:p w14:paraId="7300168B" w14:textId="77777777" w:rsidR="002F0D46" w:rsidRDefault="00000000">
            <w:pPr>
              <w:spacing w:before="60" w:after="60" w:line="259" w:lineRule="auto"/>
            </w:pPr>
            <w:r>
              <w:t>50</w:t>
            </w:r>
          </w:p>
        </w:tc>
      </w:tr>
    </w:tbl>
    <w:p w14:paraId="4041B9E5" w14:textId="77777777" w:rsidR="002F0D46" w:rsidRDefault="00000000">
      <w:pPr>
        <w:keepNext/>
        <w:spacing w:before="160" w:after="120" w:line="259" w:lineRule="auto"/>
      </w:pPr>
      <w:r>
        <w:rPr>
          <w:b/>
        </w:rPr>
        <w:t>Instructions</w:t>
      </w:r>
    </w:p>
    <w:p w14:paraId="34856FB1" w14:textId="77777777" w:rsidR="002F0D46" w:rsidRDefault="00000000">
      <w:pPr>
        <w:spacing w:after="80" w:line="259" w:lineRule="auto"/>
      </w:pPr>
      <w:r>
        <w:t>Answer all questions in Sections A and B.</w:t>
      </w:r>
    </w:p>
    <w:p w14:paraId="7E1AA98C" w14:textId="77777777" w:rsidR="002F0D46" w:rsidRDefault="00000000" w:rsidP="00B47CC0">
      <w:pPr>
        <w:pStyle w:val="ListParagraph"/>
        <w:numPr>
          <w:ilvl w:val="0"/>
          <w:numId w:val="10"/>
        </w:numPr>
        <w:spacing w:after="80" w:line="259" w:lineRule="auto"/>
      </w:pPr>
      <w:r>
        <w:t>Section A has 15 multiple choice questions. Each question carries 1 mark.</w:t>
      </w:r>
    </w:p>
    <w:p w14:paraId="5FE74E4D" w14:textId="77777777" w:rsidR="002F0D46" w:rsidRDefault="00000000" w:rsidP="00B47CC0">
      <w:pPr>
        <w:pStyle w:val="ListParagraph"/>
        <w:numPr>
          <w:ilvl w:val="0"/>
          <w:numId w:val="10"/>
        </w:numPr>
        <w:spacing w:after="80" w:line="259" w:lineRule="auto"/>
      </w:pPr>
      <w:r>
        <w:t>Section B has structured questions worth 35 marks.</w:t>
      </w:r>
    </w:p>
    <w:p w14:paraId="47B3D649" w14:textId="77777777" w:rsidR="002F0D46" w:rsidRDefault="00000000" w:rsidP="00B47CC0">
      <w:pPr>
        <w:pStyle w:val="ListParagraph"/>
        <w:numPr>
          <w:ilvl w:val="0"/>
          <w:numId w:val="10"/>
        </w:numPr>
        <w:spacing w:after="80" w:line="259" w:lineRule="auto"/>
      </w:pPr>
      <w:r>
        <w:t>Write your answers clearly in the spaces provided.</w:t>
      </w:r>
    </w:p>
    <w:p w14:paraId="59308117" w14:textId="77777777" w:rsidR="002F0D46" w:rsidRDefault="00000000" w:rsidP="00B47CC0">
      <w:pPr>
        <w:pStyle w:val="ListParagraph"/>
        <w:numPr>
          <w:ilvl w:val="0"/>
          <w:numId w:val="10"/>
        </w:numPr>
        <w:spacing w:after="80" w:line="259" w:lineRule="auto"/>
      </w:pPr>
      <w:r>
        <w:t>Where a diagram or picture is required, study it carefully before answering.</w:t>
      </w:r>
    </w:p>
    <w:p w14:paraId="34D52FA4" w14:textId="77777777" w:rsidR="002F0D46" w:rsidRDefault="00000000">
      <w:r>
        <w:br w:type="page"/>
      </w:r>
    </w:p>
    <w:p w14:paraId="719169B6" w14:textId="77777777" w:rsidR="002F0D46" w:rsidRDefault="002F0D46">
      <w:pPr>
        <w:sectPr w:rsidR="002F0D46">
          <w:headerReference w:type="default" r:id="rId8"/>
          <w:footerReference w:type="default" r:id="rId9"/>
          <w:headerReference w:type="even" r:id="rId18"/>
          <w:footerReference w:type="even" r:id="rId19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 w14:paraId="729161BA" w14:textId="77777777" w:rsidR="002F0D46" w:rsidRDefault="00000000">
      <w:pPr>
        <w:keepNext/>
        <w:spacing w:before="160" w:after="120" w:line="259" w:lineRule="auto"/>
      </w:pPr>
      <w:r>
        <w:rPr>
          <w:b/>
        </w:rPr>
        <w:lastRenderedPageBreak/>
        <w:t>Section A: Multiple Choice Questions (15 Marks)</w:t>
      </w:r>
    </w:p>
    <w:p w14:paraId="4E5F0B17" w14:textId="77777777" w:rsidR="002F0D46" w:rsidRDefault="00000000">
      <w:pPr>
        <w:spacing w:after="100" w:line="259" w:lineRule="auto"/>
      </w:pPr>
      <w:r>
        <w:rPr>
          <w:i/>
        </w:rPr>
        <w:t>Choose the correct answer from A, B, C or D. Each question carries 1 mark.</w:t>
      </w:r>
    </w:p>
    <w:p w14:paraId="2F394833" w14:textId="77777777" w:rsidR="002F0D46" w:rsidRDefault="00000000">
      <w:pPr>
        <w:spacing w:after="40" w:line="259" w:lineRule="auto"/>
      </w:pPr>
      <w:r>
        <w:t>1. Which method is most suitable for conserving forage to cope with drought?</w:t>
      </w:r>
    </w:p>
    <w:p w14:paraId="43939402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Burning dry grass</w:t>
      </w:r>
    </w:p>
    <w:p w14:paraId="0FA1F582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Making hay</w:t>
      </w:r>
    </w:p>
    <w:p w14:paraId="53543B77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Overgrazing pasture</w:t>
      </w:r>
    </w:p>
    <w:p w14:paraId="617A29C2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Leaving fodder in rain</w:t>
      </w:r>
    </w:p>
    <w:p w14:paraId="26A0D60A" w14:textId="77777777" w:rsidR="002F0D46" w:rsidRDefault="00000000">
      <w:pPr>
        <w:spacing w:after="40" w:line="259" w:lineRule="auto"/>
      </w:pPr>
      <w:r>
        <w:t>2. Before making hay, the forage should mainly be allowed to</w:t>
      </w:r>
    </w:p>
    <w:p w14:paraId="033FF9F4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rot in a heap</w:t>
      </w:r>
    </w:p>
    <w:p w14:paraId="4864C19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dry to reduce moisture</w:t>
      </w:r>
    </w:p>
    <w:p w14:paraId="5C6356F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soak in water</w:t>
      </w:r>
    </w:p>
    <w:p w14:paraId="6A0BE013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mix with soil</w:t>
      </w:r>
    </w:p>
    <w:p w14:paraId="64A02865" w14:textId="77777777" w:rsidR="002F0D46" w:rsidRDefault="00000000">
      <w:pPr>
        <w:spacing w:after="40" w:line="259" w:lineRule="auto"/>
      </w:pPr>
      <w:r>
        <w:t>3. Which condition is most important when storing hay?</w:t>
      </w:r>
    </w:p>
    <w:p w14:paraId="6F3A8F51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High moisture</w:t>
      </w:r>
    </w:p>
    <w:p w14:paraId="3499147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Good ventilation</w:t>
      </w:r>
    </w:p>
    <w:p w14:paraId="6FB2940F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Direct rainfall</w:t>
      </w:r>
    </w:p>
    <w:p w14:paraId="30E6EF33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Contact with wet ground</w:t>
      </w:r>
    </w:p>
    <w:p w14:paraId="267332CC" w14:textId="77777777" w:rsidR="002F0D46" w:rsidRDefault="00000000">
      <w:pPr>
        <w:spacing w:after="40" w:line="259" w:lineRule="auto"/>
      </w:pPr>
      <w:r>
        <w:t>4. One importance of conserving leftover food at home is to</w:t>
      </w:r>
    </w:p>
    <w:p w14:paraId="2C708996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increase wastage</w:t>
      </w:r>
    </w:p>
    <w:p w14:paraId="745B1249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reduce food wastage</w:t>
      </w:r>
    </w:p>
    <w:p w14:paraId="64D96FB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encourage contamination</w:t>
      </w:r>
    </w:p>
    <w:p w14:paraId="049F4FE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reduce hygiene</w:t>
      </w:r>
    </w:p>
    <w:p w14:paraId="6EC8AF33" w14:textId="77777777" w:rsidR="002F0D46" w:rsidRDefault="00000000">
      <w:pPr>
        <w:spacing w:after="40" w:line="259" w:lineRule="auto"/>
      </w:pPr>
      <w:r>
        <w:t>5. Leftover food should be stored in clean covered containers mainly to</w:t>
      </w:r>
    </w:p>
    <w:p w14:paraId="23F61B69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make it heavier</w:t>
      </w:r>
    </w:p>
    <w:p w14:paraId="33864391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prevent contamination</w:t>
      </w:r>
    </w:p>
    <w:p w14:paraId="40DAE2E6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change its colour</w:t>
      </w:r>
    </w:p>
    <w:p w14:paraId="283F6780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attract insects</w:t>
      </w:r>
    </w:p>
    <w:p w14:paraId="23725A17" w14:textId="77777777" w:rsidR="002F0D46" w:rsidRDefault="00000000">
      <w:pPr>
        <w:spacing w:after="40" w:line="259" w:lineRule="auto"/>
      </w:pPr>
      <w:r>
        <w:t>6. Integrated farming helps conserve resources because waste from one enterprise can</w:t>
      </w:r>
    </w:p>
    <w:p w14:paraId="74F6EDDB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be ignored</w:t>
      </w:r>
    </w:p>
    <w:p w14:paraId="400FF207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pollute water</w:t>
      </w:r>
    </w:p>
    <w:p w14:paraId="3EC4DFF8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support another enterprise</w:t>
      </w:r>
    </w:p>
    <w:p w14:paraId="21D0F660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reduce production</w:t>
      </w:r>
    </w:p>
    <w:p w14:paraId="68888D13" w14:textId="77777777" w:rsidR="002F0D46" w:rsidRDefault="00000000">
      <w:pPr>
        <w:spacing w:after="40" w:line="259" w:lineRule="auto"/>
      </w:pPr>
      <w:r>
        <w:t>7. In an integrated farm, poultry droppings may be used as</w:t>
      </w:r>
    </w:p>
    <w:p w14:paraId="599907B0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organic manure</w:t>
      </w:r>
    </w:p>
    <w:p w14:paraId="5EC8D97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weeds</w:t>
      </w:r>
    </w:p>
    <w:p w14:paraId="5A4B344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hay</w:t>
      </w:r>
    </w:p>
    <w:p w14:paraId="122121F2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cooking flour</w:t>
      </w:r>
    </w:p>
    <w:p w14:paraId="1C200374" w14:textId="77777777" w:rsidR="002F0D46" w:rsidRDefault="00000000">
      <w:pPr>
        <w:spacing w:after="40" w:line="259" w:lineRule="auto"/>
      </w:pPr>
      <w:r>
        <w:t>8. Organic gardening mainly avoids the excessive use of</w:t>
      </w:r>
    </w:p>
    <w:p w14:paraId="13313802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mulch</w:t>
      </w:r>
    </w:p>
    <w:p w14:paraId="623E6769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compost</w:t>
      </w:r>
    </w:p>
    <w:p w14:paraId="0F121A50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synthetic chemicals</w:t>
      </w:r>
    </w:p>
    <w:p w14:paraId="44882982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crop rotation</w:t>
      </w:r>
    </w:p>
    <w:p w14:paraId="36AD2DC7" w14:textId="77777777" w:rsidR="002F0D46" w:rsidRDefault="00000000">
      <w:pPr>
        <w:spacing w:after="40" w:line="259" w:lineRule="auto"/>
      </w:pPr>
      <w:r>
        <w:t>9. Which practice best improves soil fertility in an organic garden?</w:t>
      </w:r>
    </w:p>
    <w:p w14:paraId="2CC2050F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Adding compost manure</w:t>
      </w:r>
    </w:p>
    <w:p w14:paraId="2A48DB28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Removing all organic matter</w:t>
      </w:r>
    </w:p>
    <w:p w14:paraId="480C44AE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Burning crop residues</w:t>
      </w:r>
    </w:p>
    <w:p w14:paraId="19B39510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Planting in bare soil</w:t>
      </w:r>
    </w:p>
    <w:p w14:paraId="196A5617" w14:textId="77777777" w:rsidR="002F0D46" w:rsidRDefault="00000000">
      <w:pPr>
        <w:spacing w:after="40" w:line="259" w:lineRule="auto"/>
      </w:pPr>
      <w:r>
        <w:t>10. Before storing crop produce, a granary should first be</w:t>
      </w:r>
    </w:p>
    <w:p w14:paraId="1F756A94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left dirty</w:t>
      </w:r>
    </w:p>
    <w:p w14:paraId="76866869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cleaned and repaired</w:t>
      </w:r>
    </w:p>
    <w:p w14:paraId="1D606A46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filled with wet crop</w:t>
      </w:r>
    </w:p>
    <w:p w14:paraId="16D9C916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closed without checking</w:t>
      </w:r>
    </w:p>
    <w:p w14:paraId="3C0419AC" w14:textId="77777777" w:rsidR="002F0D46" w:rsidRDefault="00000000">
      <w:pPr>
        <w:spacing w:after="40" w:line="259" w:lineRule="auto"/>
      </w:pPr>
      <w:r>
        <w:t>11. A good way of reducing spoilage in stored crop produce is to</w:t>
      </w:r>
    </w:p>
    <w:p w14:paraId="0459BCAC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store produce while wet</w:t>
      </w:r>
    </w:p>
    <w:p w14:paraId="01A7B628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dry produce properly</w:t>
      </w:r>
    </w:p>
    <w:p w14:paraId="1A03BB54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mix it with rubbish</w:t>
      </w:r>
    </w:p>
    <w:p w14:paraId="1C365219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keep it on damp floors</w:t>
      </w:r>
    </w:p>
    <w:p w14:paraId="6AF83A1F" w14:textId="77777777" w:rsidR="002F0D46" w:rsidRDefault="00000000">
      <w:pPr>
        <w:spacing w:after="40" w:line="259" w:lineRule="auto"/>
      </w:pPr>
      <w:r>
        <w:t>12. Which type of flour mixture is commonly used to make pancakes?</w:t>
      </w:r>
    </w:p>
    <w:p w14:paraId="4FDA9FD3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Batter</w:t>
      </w:r>
    </w:p>
    <w:p w14:paraId="11323ABF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Compost</w:t>
      </w:r>
    </w:p>
    <w:p w14:paraId="4F0463BD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Hay</w:t>
      </w:r>
    </w:p>
    <w:p w14:paraId="767325E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Mulch</w:t>
      </w:r>
    </w:p>
    <w:p w14:paraId="3A81B309" w14:textId="77777777" w:rsidR="002F0D46" w:rsidRDefault="00000000">
      <w:pPr>
        <w:spacing w:after="40" w:line="259" w:lineRule="auto"/>
      </w:pPr>
      <w:r>
        <w:t>13. Cleaning waste disposal facilities at household level helps to</w:t>
      </w:r>
    </w:p>
    <w:p w14:paraId="1CBE2907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A. spread diseases</w:t>
      </w:r>
    </w:p>
    <w:p w14:paraId="4638B354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attract pests</w:t>
      </w:r>
    </w:p>
    <w:p w14:paraId="084489CA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prevent bad smell and diseases</w:t>
      </w:r>
    </w:p>
    <w:p w14:paraId="4866CFEB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increase waste</w:t>
      </w:r>
    </w:p>
    <w:p w14:paraId="2B43336E" w14:textId="37FF9C11" w:rsidR="002F0D46" w:rsidRDefault="00000000">
      <w:pPr>
        <w:spacing w:after="40" w:line="259" w:lineRule="auto"/>
      </w:pPr>
      <w:r>
        <w:t>14. The picture shows dry forage tied in bundles and stored under a roof. What conservation method is shown?</w:t>
      </w:r>
    </w:p>
    <w:p w14:paraId="4C2823CB" w14:textId="2C7D983F" w:rsidR="007C29B9" w:rsidRDefault="007C29B9">
      <w:pPr>
        <w:spacing w:after="20" w:line="240" w:lineRule="auto"/>
        <w:ind w:left="259"/>
        <w:rPr>
          <w:sz w:val="23"/>
        </w:rPr>
      </w:pPr>
      <w:r>
        <w:rPr>
          <w:noProof/>
          <w:sz w:val="23"/>
        </w:rPr>
        <w:lastRenderedPageBreak/>
        <w:drawing>
          <wp:inline distT="0" distB="0" distL="0" distR="0" wp14:anchorId="69467F34" wp14:editId="078510B1">
            <wp:extent cx="2417819" cy="1360627"/>
            <wp:effectExtent l="0" t="0" r="1905" b="0"/>
            <wp:docPr id="246375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75772" name="Picture 2463757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5141" cy="13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DB0D9" w14:textId="77777777" w:rsidR="007C29B9" w:rsidRDefault="007C29B9">
      <w:pPr>
        <w:spacing w:after="20" w:line="240" w:lineRule="auto"/>
        <w:ind w:left="259"/>
        <w:rPr>
          <w:sz w:val="23"/>
        </w:rPr>
      </w:pPr>
    </w:p>
    <w:p w14:paraId="1983933D" w14:textId="3AF2135D" w:rsidR="002F0D46" w:rsidRDefault="00000000">
      <w:pPr>
        <w:spacing w:after="20" w:line="240" w:lineRule="auto"/>
        <w:ind w:left="259"/>
      </w:pPr>
      <w:r>
        <w:rPr>
          <w:sz w:val="23"/>
        </w:rPr>
        <w:t>A. Silage making</w:t>
      </w:r>
    </w:p>
    <w:p w14:paraId="67B44620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Hay making</w:t>
      </w:r>
    </w:p>
    <w:p w14:paraId="09F337F5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Composting</w:t>
      </w:r>
    </w:p>
    <w:p w14:paraId="52B66EEB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Mulching</w:t>
      </w:r>
    </w:p>
    <w:p w14:paraId="3BCA2110" w14:textId="16DE0F06" w:rsidR="002F0D46" w:rsidRDefault="00000000">
      <w:pPr>
        <w:spacing w:after="40" w:line="259" w:lineRule="auto"/>
      </w:pPr>
      <w:r>
        <w:t>15. The picture shows crop plants, poultry, fish pond and compost heap on one farm. What farming system is represented?</w:t>
      </w:r>
    </w:p>
    <w:p w14:paraId="5EE41ADC" w14:textId="53D15BC4" w:rsidR="007C29B9" w:rsidRDefault="007C29B9">
      <w:pPr>
        <w:spacing w:after="20" w:line="240" w:lineRule="auto"/>
        <w:ind w:left="259"/>
        <w:rPr>
          <w:sz w:val="23"/>
        </w:rPr>
      </w:pPr>
      <w:r>
        <w:rPr>
          <w:noProof/>
          <w:sz w:val="23"/>
        </w:rPr>
        <w:drawing>
          <wp:inline distT="0" distB="0" distL="0" distR="0" wp14:anchorId="21BA5FDF" wp14:editId="67111404">
            <wp:extent cx="3177540" cy="2543175"/>
            <wp:effectExtent l="0" t="0" r="3810" b="9525"/>
            <wp:docPr id="667194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94438" name="Picture 66719443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69664" w14:textId="77777777" w:rsidR="007C29B9" w:rsidRDefault="007C29B9">
      <w:pPr>
        <w:spacing w:after="20" w:line="240" w:lineRule="auto"/>
        <w:ind w:left="259"/>
        <w:rPr>
          <w:sz w:val="23"/>
        </w:rPr>
      </w:pPr>
    </w:p>
    <w:p w14:paraId="421BA59C" w14:textId="6FE74A34" w:rsidR="002F0D46" w:rsidRDefault="00000000">
      <w:pPr>
        <w:spacing w:after="20" w:line="240" w:lineRule="auto"/>
        <w:ind w:left="259"/>
      </w:pPr>
      <w:r>
        <w:rPr>
          <w:sz w:val="23"/>
        </w:rPr>
        <w:t>A. Monocropping</w:t>
      </w:r>
    </w:p>
    <w:p w14:paraId="39AD2A2A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B. Integrated farming</w:t>
      </w:r>
    </w:p>
    <w:p w14:paraId="43375497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C. Deforestation</w:t>
      </w:r>
    </w:p>
    <w:p w14:paraId="3CB4FBB3" w14:textId="77777777" w:rsidR="002F0D46" w:rsidRDefault="00000000">
      <w:pPr>
        <w:spacing w:after="20" w:line="240" w:lineRule="auto"/>
        <w:ind w:left="259"/>
      </w:pPr>
      <w:r>
        <w:rPr>
          <w:sz w:val="23"/>
        </w:rPr>
        <w:t>D. Overgrazing</w:t>
      </w:r>
    </w:p>
    <w:p w14:paraId="0628C983" w14:textId="77777777" w:rsidR="002F0D46" w:rsidRDefault="002F0D46">
      <w:pPr>
        <w:sectPr w:rsidR="002F0D46">
          <w:headerReference w:type="default" r:id="rId12"/>
          <w:footerReference w:type="default" r:id="rId13"/>
          <w:headerReference w:type="even" r:id="rId20"/>
          <w:footerReference w:type="even" r:id="rId21"/>
          <w:pgSz w:w="12240" w:h="15840"/>
          <w:pgMar w:top="1080" w:right="936" w:bottom="1080" w:left="936" w:header="360" w:footer="360" w:gutter="0"/>
          <w:cols w:num="2" w:space="360"/>
          <w:docGrid w:linePitch="360"/>
        </w:sectPr>
      </w:pPr>
    </w:p>
    <w:p w14:paraId="65C76501" w14:textId="77777777" w:rsidR="002F0D46" w:rsidRDefault="00000000">
      <w:pPr>
        <w:keepNext/>
        <w:spacing w:before="160" w:after="120" w:line="259" w:lineRule="auto"/>
      </w:pPr>
      <w:r>
        <w:rPr>
          <w:b/>
        </w:rPr>
        <w:lastRenderedPageBreak/>
        <w:t>Section B: Open-Ended Questions (35 Marks)</w:t>
      </w:r>
    </w:p>
    <w:p w14:paraId="2D7ABCF8" w14:textId="77777777" w:rsidR="002F0D46" w:rsidRDefault="00000000">
      <w:pPr>
        <w:spacing w:after="100" w:line="259" w:lineRule="auto"/>
      </w:pPr>
      <w:r>
        <w:rPr>
          <w:i/>
        </w:rPr>
        <w:t>Answer all questions. Show clear reasoning where required. Marks are shown in brackets.</w:t>
      </w:r>
    </w:p>
    <w:p w14:paraId="58B03542" w14:textId="77777777" w:rsidR="002F0D46" w:rsidRDefault="00000000">
      <w:pPr>
        <w:keepNext/>
        <w:spacing w:before="120" w:after="80" w:line="259" w:lineRule="auto"/>
      </w:pPr>
      <w:r>
        <w:rPr>
          <w:b/>
        </w:rPr>
        <w:t>16. Conserving Animal Feed: Hay (7 marks)</w:t>
      </w:r>
    </w:p>
    <w:p w14:paraId="7AF80388" w14:textId="77777777" w:rsidR="002F0D46" w:rsidRDefault="00000000">
      <w:pPr>
        <w:spacing w:after="60" w:line="259" w:lineRule="auto"/>
      </w:pPr>
      <w:r>
        <w:t>a) Describe three methods or practices used when conserving forage as hay. (3 marks)</w:t>
      </w:r>
    </w:p>
    <w:p w14:paraId="17AC8174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FEEFB28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E261A54" w14:textId="77777777" w:rsidR="002F0D46" w:rsidRDefault="00000000">
      <w:pPr>
        <w:spacing w:after="60" w:line="259" w:lineRule="auto"/>
      </w:pPr>
      <w:r>
        <w:t>b) A farmer stores hay while it is still damp. Explain two problems that may occur. (2 marks)</w:t>
      </w:r>
    </w:p>
    <w:p w14:paraId="36CCD877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B991FCD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C65DBC1" w14:textId="77777777" w:rsidR="002F0D46" w:rsidRDefault="00000000">
      <w:pPr>
        <w:spacing w:after="60" w:line="259" w:lineRule="auto"/>
      </w:pPr>
      <w:r>
        <w:t>c) State two reasons why hay conservation helps farmers cope with drought. (2 marks)</w:t>
      </w:r>
    </w:p>
    <w:p w14:paraId="1AAC64B1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29F8B3A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DAD215D" w14:textId="77777777" w:rsidR="002F0D46" w:rsidRDefault="00000000">
      <w:pPr>
        <w:keepNext/>
        <w:spacing w:before="120" w:after="80" w:line="259" w:lineRule="auto"/>
      </w:pPr>
      <w:r>
        <w:rPr>
          <w:b/>
        </w:rPr>
        <w:t>17. Conserving Leftover Food (6 marks)</w:t>
      </w:r>
    </w:p>
    <w:p w14:paraId="15E5B8D7" w14:textId="77777777" w:rsidR="002F0D46" w:rsidRDefault="00000000">
      <w:pPr>
        <w:spacing w:after="60" w:line="259" w:lineRule="auto"/>
      </w:pPr>
      <w:r>
        <w:t>a) Give two reasons why leftover food should be conserved at home. (2 marks)</w:t>
      </w:r>
    </w:p>
    <w:p w14:paraId="28F0D198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9A5849E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DDD776B" w14:textId="77777777" w:rsidR="002F0D46" w:rsidRDefault="00000000">
      <w:pPr>
        <w:spacing w:after="60" w:line="259" w:lineRule="auto"/>
      </w:pPr>
      <w:r>
        <w:t>b) Describe two hygienic steps to follow when preparing leftover food for later use. (2 marks)</w:t>
      </w:r>
    </w:p>
    <w:p w14:paraId="543B0B6D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78324057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ADB5173" w14:textId="77777777" w:rsidR="002F0D46" w:rsidRDefault="00000000">
      <w:pPr>
        <w:spacing w:after="60" w:line="259" w:lineRule="auto"/>
      </w:pPr>
      <w:r>
        <w:t>c) Your family has leftover ugali and vegetables after supper. Suggest two safe ways of using or storing them to avoid wastage. (2 marks)</w:t>
      </w:r>
    </w:p>
    <w:p w14:paraId="0AD08EC2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7E01641E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66AC338" w14:textId="77777777" w:rsidR="002F0D46" w:rsidRDefault="00000000">
      <w:pPr>
        <w:keepNext/>
        <w:spacing w:before="120" w:after="80" w:line="259" w:lineRule="auto"/>
      </w:pPr>
      <w:r>
        <w:rPr>
          <w:b/>
        </w:rPr>
        <w:t>18. Integrated Farming (7 marks)</w:t>
      </w:r>
    </w:p>
    <w:p w14:paraId="18CFF99D" w14:textId="77777777" w:rsidR="002F0D46" w:rsidRDefault="00000000">
      <w:pPr>
        <w:spacing w:after="60" w:line="259" w:lineRule="auto"/>
      </w:pPr>
      <w:r>
        <w:t>a) Name four possible components of an integrated farm. (4 marks)</w:t>
      </w:r>
    </w:p>
    <w:p w14:paraId="7DA7AD56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24B1AA04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ED412F9" w14:textId="77777777" w:rsidR="002F0D46" w:rsidRDefault="00000000">
      <w:pPr>
        <w:spacing w:after="60" w:line="259" w:lineRule="auto"/>
      </w:pPr>
      <w:r>
        <w:t>b) Explain how any two components can support each other in conserving resources. (2 marks)</w:t>
      </w:r>
    </w:p>
    <w:p w14:paraId="38E8CB26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55C651D6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43E6133" w14:textId="77777777" w:rsidR="002F0D46" w:rsidRDefault="00000000">
      <w:pPr>
        <w:spacing w:after="60" w:line="259" w:lineRule="auto"/>
      </w:pPr>
      <w:r>
        <w:t>c) State one value a learner develops by making a model of an integrated farm. (1 mark)</w:t>
      </w:r>
    </w:p>
    <w:p w14:paraId="5823AEED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BFAAC49" w14:textId="77777777" w:rsidR="002F0D46" w:rsidRDefault="00000000">
      <w:pPr>
        <w:keepNext/>
        <w:spacing w:before="120" w:after="80" w:line="259" w:lineRule="auto"/>
      </w:pPr>
      <w:r>
        <w:rPr>
          <w:b/>
        </w:rPr>
        <w:t>19. Organic Gardening (6 marks)</w:t>
      </w:r>
    </w:p>
    <w:p w14:paraId="0AB065D5" w14:textId="77777777" w:rsidR="002F0D46" w:rsidRDefault="00000000">
      <w:pPr>
        <w:spacing w:after="60" w:line="259" w:lineRule="auto"/>
      </w:pPr>
      <w:r>
        <w:t>a) Explain three organic gardening practices used in crop production. (3 marks)</w:t>
      </w:r>
    </w:p>
    <w:p w14:paraId="2C3F52DA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45A510F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7E47A73" w14:textId="77777777" w:rsidR="002F0D46" w:rsidRDefault="00000000">
      <w:pPr>
        <w:spacing w:after="60" w:line="259" w:lineRule="auto"/>
      </w:pPr>
      <w:r>
        <w:t>b) A school wants to grow kales without relying on synthetic chemicals. Outline three actions learners should take. (3 marks)</w:t>
      </w:r>
    </w:p>
    <w:p w14:paraId="433A6AFD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3274440" w14:textId="77777777" w:rsidR="002F0D46" w:rsidRDefault="00000000">
      <w:pPr>
        <w:spacing w:after="40" w:line="240" w:lineRule="auto"/>
      </w:pPr>
      <w:r>
        <w:lastRenderedPageBreak/>
        <w:t>________________________________________________________________________________</w:t>
      </w:r>
    </w:p>
    <w:p w14:paraId="04722B03" w14:textId="77777777" w:rsidR="002F0D46" w:rsidRDefault="00000000">
      <w:pPr>
        <w:keepNext/>
        <w:spacing w:before="120" w:after="80" w:line="259" w:lineRule="auto"/>
      </w:pPr>
      <w:r>
        <w:rPr>
          <w:b/>
        </w:rPr>
        <w:t>20. Storage of Crop Produce (5 marks)</w:t>
      </w:r>
    </w:p>
    <w:p w14:paraId="2AE8CAD0" w14:textId="77777777" w:rsidR="002F0D46" w:rsidRDefault="00000000">
      <w:pPr>
        <w:spacing w:after="60" w:line="259" w:lineRule="auto"/>
      </w:pPr>
      <w:r>
        <w:t>a) State three ways of preparing a storage structure before storing crop produce. (3 marks)</w:t>
      </w:r>
    </w:p>
    <w:p w14:paraId="3FB9544C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3E3AD11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0734DA1" w14:textId="77777777" w:rsidR="002F0D46" w:rsidRDefault="00000000">
      <w:pPr>
        <w:spacing w:after="60" w:line="259" w:lineRule="auto"/>
      </w:pPr>
      <w:r>
        <w:t>b) Give two ways of managing stored produce to reduce spoilage. (2 marks)</w:t>
      </w:r>
    </w:p>
    <w:p w14:paraId="3275D4E8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D75A3B1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5515AE37" w14:textId="77777777" w:rsidR="002F0D46" w:rsidRDefault="00000000">
      <w:pPr>
        <w:keepNext/>
        <w:spacing w:before="120" w:after="80" w:line="259" w:lineRule="auto"/>
      </w:pPr>
      <w:r>
        <w:rPr>
          <w:b/>
        </w:rPr>
        <w:t>21. Hygiene Practices (4 marks)</w:t>
      </w:r>
    </w:p>
    <w:p w14:paraId="3BC969FE" w14:textId="77777777" w:rsidR="002F0D46" w:rsidRDefault="00000000">
      <w:pPr>
        <w:spacing w:after="60" w:line="259" w:lineRule="auto"/>
      </w:pPr>
      <w:r>
        <w:t>a) Give two reasons for cleaning waste disposal facilities at household level. (2 marks)</w:t>
      </w:r>
    </w:p>
    <w:p w14:paraId="38F41256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067037A6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A139CF2" w14:textId="77777777" w:rsidR="002F0D46" w:rsidRDefault="00000000">
      <w:pPr>
        <w:spacing w:after="60" w:line="259" w:lineRule="auto"/>
      </w:pPr>
      <w:r>
        <w:t>b) State two methods used to disinfect clothing and household articles. (2 marks)</w:t>
      </w:r>
    </w:p>
    <w:p w14:paraId="7D78A7E2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8CD7D3E" w14:textId="77777777" w:rsidR="002F0D46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E4A7BFB" w14:textId="77777777" w:rsidR="002F0D46" w:rsidRDefault="00000000">
      <w:r>
        <w:br w:type="page"/>
      </w:r>
    </w:p>
    <w:p w14:paraId="2A831876" w14:textId="77777777" w:rsidR="002F0D46" w:rsidRDefault="00000000">
      <w:pPr>
        <w:keepNext/>
        <w:spacing w:before="160" w:after="120" w:line="259" w:lineRule="auto"/>
      </w:pPr>
      <w:r>
        <w:rPr>
          <w:b/>
        </w:rPr>
        <w:lastRenderedPageBreak/>
        <w:t>Teacher's Marking Guide - Section A</w:t>
      </w:r>
    </w:p>
    <w:p w14:paraId="024E3D43" w14:textId="77777777" w:rsidR="002F0D46" w:rsidRDefault="00000000">
      <w:pPr>
        <w:spacing w:after="80" w:line="259" w:lineRule="auto"/>
      </w:pPr>
      <w:r>
        <w:t>Answers: 1. B; 2. B; 3. B; 4. B; 5. B; 6. C; 7. A; 8. C; 9. A; 10. B; 11. B; 12. A; 13. C; 14. B; 15. B</w:t>
      </w:r>
    </w:p>
    <w:p w14:paraId="0E90F761" w14:textId="77777777" w:rsidR="002F0D46" w:rsidRDefault="00000000">
      <w:pPr>
        <w:keepNext/>
        <w:spacing w:before="160" w:after="120" w:line="259" w:lineRule="auto"/>
      </w:pPr>
      <w:r>
        <w:rPr>
          <w:b/>
        </w:rPr>
        <w:t>Teacher's Note on Image Questions</w:t>
      </w:r>
    </w:p>
    <w:p w14:paraId="6A6EF504" w14:textId="77777777" w:rsidR="002F0D46" w:rsidRDefault="00000000">
      <w:pPr>
        <w:spacing w:after="80" w:line="259" w:lineRule="auto"/>
      </w:pPr>
      <w:r>
        <w:t>Question 14 image: Use a clear hay-making image showing dried forage tied or baled and protected from rain.</w:t>
      </w:r>
    </w:p>
    <w:p w14:paraId="3DBA94D0" w14:textId="77777777" w:rsidR="002F0D46" w:rsidRDefault="00000000">
      <w:pPr>
        <w:spacing w:after="80" w:line="259" w:lineRule="auto"/>
      </w:pPr>
      <w:r>
        <w:t>Question 15 image: Use a labelled integrated farming diagram or real farm photo showing crops, animals, fish pond and compost/manure recycling.</w:t>
      </w:r>
    </w:p>
    <w:sectPr w:rsidR="002F0D46" w:rsidSect="00034616">
      <w:headerReference w:type="default" r:id="rId14"/>
      <w:footerReference w:type="default" r:id="rId15"/>
      <w:headerReference w:type="even" r:id="rId22"/>
      <w:footerReference w:type="even" r:id="rId23"/>
      <w:pgSz w:w="12240" w:h="15840"/>
      <w:pgMar w:top="1080" w:right="1008" w:bottom="1080" w:left="1008" w:header="360" w:footer="36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C6C2" w14:textId="77777777" w:rsidR="00BA4F73" w:rsidRDefault="00BA4F73">
      <w:pPr>
        <w:spacing w:after="0" w:line="240" w:lineRule="auto"/>
      </w:pPr>
      <w:r>
        <w:separator/>
      </w:r>
    </w:p>
  </w:endnote>
  <w:endnote w:type="continuationSeparator" w:id="0">
    <w:p w14:paraId="07A7A06F" w14:textId="77777777" w:rsidR="00BA4F73" w:rsidRDefault="00BA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3735E" w14:textId="77777777" w:rsidR="002F0D46" w:rsidRDefault="00000000">
    <w:pPr>
      <w:pStyle w:val="Footer"/>
      <w:jc w:val="center"/>
    </w:pPr>
    <w:r>
      <w:rPr>
        <w:sz w:val="18"/>
      </w:rPr>
      <w:t xml:space="preserve">cbcteacher.co.ke | By Teacher Boen | For answers and inquiries call 0722591434 | </w:t>
    </w:r>
    <w:r>
      <w:t xml:space="preserve">Page </w:t>
    </w:r>
    <w:r>
      <w:fldChar w:fldCharType="begin"/>
    </w:r>
    <w:r>
      <w:instrText>PAGE</w:instrText>
    </w:r>
    <w:r w:rsidR="00B47CC0">
      <w:fldChar w:fldCharType="separate"/>
    </w:r>
    <w:r w:rsidR="00B47CC0">
      <w:rPr>
        <w:noProof/>
      </w:rPr>
      <w:t>1</w:t>
    </w:r>
    <w:r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72DC" w14:textId="729B6BF3" w:rsidR="002F0D46" w:rsidRDefault="00000000">
    <w:pPr>
      <w:pStyle w:val="Footer"/>
      <w:jc w:val="center"/>
    </w:pPr>
    <w:r>
      <w:rPr>
        <w:sz w:val="18"/>
      </w:rPr>
      <w:t xml:space="preserve">cbcteacher.co.ke | By Teacher Boen | For answers and inquiries call 0722591434 | </w:t>
    </w:r>
    <w:r>
      <w:t xml:space="preserve">Page </w:t>
    </w:r>
    <w:r>
      <w:fldChar w:fldCharType="begin"/>
    </w:r>
    <w:r>
      <w:instrText>PAGE</w:instrText>
    </w:r>
    <w:r w:rsidR="00B47CC0">
      <w:fldChar w:fldCharType="separate"/>
    </w:r>
    <w:r w:rsidR="00B47CC0">
      <w:rPr>
        <w:noProof/>
      </w:rPr>
      <w:t>2</w:t>
    </w:r>
    <w:r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2E14" w14:textId="5D344F20" w:rsidR="002F0D46" w:rsidRDefault="00000000">
    <w:pPr>
      <w:pStyle w:val="Footer"/>
      <w:jc w:val="center"/>
    </w:pPr>
    <w:r>
      <w:rPr>
        <w:sz w:val="18"/>
      </w:rPr>
      <w:t xml:space="preserve">cbcteacher.co.ke | By Teacher Boen | For answers and inquiries call 0722591434 | </w:t>
    </w:r>
    <w:r>
      <w:t xml:space="preserve">Page </w:t>
    </w:r>
    <w:r>
      <w:fldChar w:fldCharType="begin"/>
    </w:r>
    <w:r>
      <w:instrText>PAGE</w:instrText>
    </w:r>
    <w:r w:rsidR="00B47CC0">
      <w:fldChar w:fldCharType="separate"/>
    </w:r>
    <w:r w:rsidR="00B47CC0">
      <w:rPr>
        <w:noProof/>
      </w:rPr>
      <w:t>4</w:t>
    </w:r>
    <w:r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0DCA0" w14:textId="77777777" w:rsidR="00BA4F73" w:rsidRDefault="00BA4F73">
      <w:pPr>
        <w:spacing w:after="0" w:line="240" w:lineRule="auto"/>
      </w:pPr>
      <w:r>
        <w:separator/>
      </w:r>
    </w:p>
  </w:footnote>
  <w:footnote w:type="continuationSeparator" w:id="0">
    <w:p w14:paraId="573B9381" w14:textId="77777777" w:rsidR="00BA4F73" w:rsidRDefault="00BA4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1343" w14:textId="77777777" w:rsidR="002F0D46" w:rsidRDefault="00000000">
    <w:pPr>
      <w:pStyle w:val="Header"/>
      <w:jc w:val="center"/>
    </w:pPr>
    <w:r>
      <w:pict w14:anchorId="49D54C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TeacherBoenWatermark" o:spid="_x0000_s1027" type="#_x0000_t136" style="position:absolute;left:0;text-align:left;margin-left:0;margin-top:0;width:610pt;height:115pt;rotation:315;z-index:-251659776;mso-position-horizontal:center;mso-position-horizontal-relative:margin;mso-position-vertical:center;mso-position-vertical-relative:margin" fillcolor="#d9d9d9" stroked="f">
          <v:fill opacity="11796f"/>
          <v:textpath style="font-family:&quot;Times New Roman&quot;;font-size:20pt" string="cbcteacher.co.ke   By Teacher Boen   For answers and inquiries call 0722591434"/>
          <w10:wrap anchorx="margin" anchory="margin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88D3" w14:textId="77777777" w:rsidR="002F0D46" w:rsidRDefault="00000000">
    <w:pPr>
      <w:pStyle w:val="Header"/>
      <w:jc w:val="center"/>
    </w:pPr>
    <w:r>
      <w:pict w14:anchorId="16E4AA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610pt;height:115pt;rotation:315;z-index:-251658752;mso-position-horizontal:center;mso-position-horizontal-relative:margin;mso-position-vertical:center;mso-position-vertical-relative:margin" fillcolor="#d9d9d9" stroked="f">
          <v:fill opacity="11796f"/>
          <v:textpath style="font-family:&quot;Times New Roman&quot;;font-size:20pt" string="cbcteacher.co.ke   By Teacher Boen   For answers and inquiries call 0722591434"/>
          <w10:wrap anchorx="margin" anchory="margin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B0129" w14:textId="77777777" w:rsidR="002F0D46" w:rsidRDefault="00000000">
    <w:pPr>
      <w:pStyle w:val="Header"/>
      <w:jc w:val="center"/>
    </w:pPr>
    <w:r>
      <w:pict w14:anchorId="5D6D24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0;margin-top:0;width:610pt;height:115pt;rotation:315;z-index:-251657728;mso-position-horizontal:center;mso-position-horizontal-relative:margin;mso-position-vertical:center;mso-position-vertical-relative:margin" fillcolor="#d9d9d9" stroked="f">
          <v:fill opacity="11796f"/>
          <v:textpath style="font-family:&quot;Times New Roman&quot;;font-size:20pt" string="cbcteacher.co.ke   By Teacher Boen   For answers and inquiries call 0722591434"/>
          <w10:wrap anchorx="margin" anchory="margin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B7326F"/>
    <w:multiLevelType w:val="hybridMultilevel"/>
    <w:tmpl w:val="0C9032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871588">
    <w:abstractNumId w:val="8"/>
  </w:num>
  <w:num w:numId="2" w16cid:durableId="1501388641">
    <w:abstractNumId w:val="6"/>
  </w:num>
  <w:num w:numId="3" w16cid:durableId="2056198666">
    <w:abstractNumId w:val="5"/>
  </w:num>
  <w:num w:numId="4" w16cid:durableId="195505188">
    <w:abstractNumId w:val="4"/>
  </w:num>
  <w:num w:numId="5" w16cid:durableId="1866357632">
    <w:abstractNumId w:val="7"/>
  </w:num>
  <w:num w:numId="6" w16cid:durableId="1460488185">
    <w:abstractNumId w:val="3"/>
  </w:num>
  <w:num w:numId="7" w16cid:durableId="426508701">
    <w:abstractNumId w:val="2"/>
  </w:num>
  <w:num w:numId="8" w16cid:durableId="1642006189">
    <w:abstractNumId w:val="1"/>
  </w:num>
  <w:num w:numId="9" w16cid:durableId="1772582714">
    <w:abstractNumId w:val="0"/>
  </w:num>
  <w:num w:numId="10" w16cid:durableId="7799539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0D46"/>
    <w:rsid w:val="00326F90"/>
    <w:rsid w:val="007C29B9"/>
    <w:rsid w:val="00AA1D8D"/>
    <w:rsid w:val="00B47730"/>
    <w:rsid w:val="00B47CC0"/>
    <w:rsid w:val="00BA4F73"/>
    <w:rsid w:val="00BB6E5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2F19EC"/>
  <w14:defaultImageDpi w14:val="300"/>
  <w15:docId w15:val="{14A1CF27-A935-49CE-A52E-576DED39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footer" Target="footer4.xml"/><Relationship Id="rId20" Type="http://schemas.openxmlformats.org/officeDocument/2006/relationships/header" Target="header5.xml"/><Relationship Id="rId21" Type="http://schemas.openxmlformats.org/officeDocument/2006/relationships/footer" Target="footer5.xml"/><Relationship Id="rId22" Type="http://schemas.openxmlformats.org/officeDocument/2006/relationships/header" Target="header6.xml"/><Relationship Id="rId23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Agriculture August Holiday Assignment 2026</dc:title>
  <dc:subject>Agriculture Grade 9 CBC Assignment</dc:subject>
  <dc:creator>cbcteacher.co.ke</dc:creator>
  <cp:keywords/>
  <dc:description>Watermarked for cbcteacher.co.ke</dc:description>
  <cp:lastModifiedBy>Charles</cp:lastModifiedBy>
  <cp:revision>3</cp:revision>
  <dcterms:created xsi:type="dcterms:W3CDTF">2013-12-23T23:15:00Z</dcterms:created>
  <dcterms:modified xsi:type="dcterms:W3CDTF">2026-07-27T15:00:00Z</dcterms:modified>
  <cp:category/>
</cp:coreProperties>
</file>