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77437" w14:textId="77777777" w:rsidR="00883C82" w:rsidRDefault="00000000">
      <w:pPr>
        <w:spacing w:before="800" w:after="240" w:line="259" w:lineRule="auto"/>
        <w:jc w:val="center"/>
      </w:pPr>
      <w:r>
        <w:rPr>
          <w:b/>
          <w:sz w:val="32"/>
        </w:rPr>
        <w:t>AUGUST HOLIDAY ASSIGNMENT 2026</w:t>
      </w:r>
    </w:p>
    <w:p w14:paraId="54725E36" w14:textId="77777777" w:rsidR="00883C82" w:rsidRDefault="00000000">
      <w:pPr>
        <w:spacing w:after="160" w:line="259" w:lineRule="auto"/>
        <w:jc w:val="center"/>
      </w:pPr>
      <w:r>
        <w:rPr>
          <w:b/>
          <w:sz w:val="30"/>
        </w:rPr>
        <w:t>GRADE 9 CHRISTIAN RELIGIOUS EDUCATION</w:t>
      </w:r>
    </w:p>
    <w:p w14:paraId="42951DC0" w14:textId="77777777" w:rsidR="00883C82" w:rsidRDefault="00000000">
      <w:pPr>
        <w:spacing w:after="360" w:line="259" w:lineRule="auto"/>
        <w:jc w:val="center"/>
      </w:pPr>
      <w:r>
        <w:rPr>
          <w:b/>
        </w:rPr>
        <w:t>CBC Competency-Based Assessment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264"/>
        <w:gridCol w:w="7176"/>
      </w:tblGrid>
      <w:tr w:rsidR="00883C82" w14:paraId="03E369FF" w14:textId="77777777" w:rsidTr="006C0CE7">
        <w:tc>
          <w:tcPr>
            <w:tcW w:w="5112" w:type="dxa"/>
          </w:tcPr>
          <w:p w14:paraId="6DA32A4F" w14:textId="77777777" w:rsidR="00883C82" w:rsidRDefault="00000000">
            <w:pPr>
              <w:spacing w:before="60" w:after="60" w:line="259" w:lineRule="auto"/>
            </w:pPr>
            <w:r>
              <w:rPr>
                <w:b/>
              </w:rPr>
              <w:t>Learner's Name:</w:t>
            </w:r>
          </w:p>
        </w:tc>
        <w:tc>
          <w:tcPr>
            <w:tcW w:w="5112" w:type="dxa"/>
          </w:tcPr>
          <w:p w14:paraId="279B178E" w14:textId="77777777" w:rsidR="00883C82" w:rsidRDefault="00000000">
            <w:pPr>
              <w:spacing w:before="60" w:after="60" w:line="259" w:lineRule="auto"/>
            </w:pPr>
            <w:r>
              <w:t>______________________________________________</w:t>
            </w:r>
          </w:p>
        </w:tc>
      </w:tr>
      <w:tr w:rsidR="00883C82" w14:paraId="2155BFDA" w14:textId="77777777" w:rsidTr="006C0CE7">
        <w:tc>
          <w:tcPr>
            <w:tcW w:w="5112" w:type="dxa"/>
          </w:tcPr>
          <w:p w14:paraId="46661315" w14:textId="77777777" w:rsidR="00883C82" w:rsidRDefault="00000000">
            <w:pPr>
              <w:spacing w:before="60" w:after="60" w:line="259" w:lineRule="auto"/>
            </w:pPr>
            <w:r>
              <w:rPr>
                <w:b/>
              </w:rPr>
              <w:t>School:</w:t>
            </w:r>
          </w:p>
        </w:tc>
        <w:tc>
          <w:tcPr>
            <w:tcW w:w="5112" w:type="dxa"/>
          </w:tcPr>
          <w:p w14:paraId="54F6F65A" w14:textId="77777777" w:rsidR="00883C82" w:rsidRDefault="00000000">
            <w:pPr>
              <w:spacing w:before="60" w:after="60" w:line="259" w:lineRule="auto"/>
            </w:pPr>
            <w:r>
              <w:t>________________________________________________________</w:t>
            </w:r>
          </w:p>
        </w:tc>
      </w:tr>
      <w:tr w:rsidR="00883C82" w14:paraId="1CD318E5" w14:textId="77777777" w:rsidTr="006C0CE7">
        <w:tc>
          <w:tcPr>
            <w:tcW w:w="5112" w:type="dxa"/>
          </w:tcPr>
          <w:p w14:paraId="71ADC9E9" w14:textId="77777777" w:rsidR="00883C82" w:rsidRDefault="00000000">
            <w:pPr>
              <w:spacing w:before="60" w:after="60" w:line="259" w:lineRule="auto"/>
            </w:pPr>
            <w:r>
              <w:rPr>
                <w:b/>
              </w:rPr>
              <w:t>Date:</w:t>
            </w:r>
          </w:p>
        </w:tc>
        <w:tc>
          <w:tcPr>
            <w:tcW w:w="5112" w:type="dxa"/>
          </w:tcPr>
          <w:p w14:paraId="3327E6EE" w14:textId="77777777" w:rsidR="00883C82" w:rsidRDefault="00000000">
            <w:pPr>
              <w:spacing w:before="60" w:after="60" w:line="259" w:lineRule="auto"/>
            </w:pPr>
            <w:r>
              <w:t>__________________________________________________________</w:t>
            </w:r>
          </w:p>
        </w:tc>
      </w:tr>
      <w:tr w:rsidR="00883C82" w14:paraId="204B50F3" w14:textId="77777777" w:rsidTr="006C0CE7">
        <w:tc>
          <w:tcPr>
            <w:tcW w:w="5112" w:type="dxa"/>
          </w:tcPr>
          <w:p w14:paraId="696EDA43" w14:textId="77777777" w:rsidR="00883C82" w:rsidRDefault="00000000">
            <w:pPr>
              <w:spacing w:before="60" w:after="60" w:line="259" w:lineRule="auto"/>
            </w:pPr>
            <w:r>
              <w:rPr>
                <w:b/>
              </w:rPr>
              <w:t>Time:</w:t>
            </w:r>
          </w:p>
        </w:tc>
        <w:tc>
          <w:tcPr>
            <w:tcW w:w="5112" w:type="dxa"/>
          </w:tcPr>
          <w:p w14:paraId="5CB82AB5" w14:textId="77777777" w:rsidR="00883C82" w:rsidRDefault="00000000">
            <w:pPr>
              <w:spacing w:before="60" w:after="60" w:line="259" w:lineRule="auto"/>
            </w:pPr>
            <w:r>
              <w:t>1 hour 30 minutes</w:t>
            </w:r>
          </w:p>
        </w:tc>
      </w:tr>
      <w:tr w:rsidR="00883C82" w14:paraId="28716F5C" w14:textId="77777777" w:rsidTr="006C0CE7">
        <w:tc>
          <w:tcPr>
            <w:tcW w:w="5112" w:type="dxa"/>
          </w:tcPr>
          <w:p w14:paraId="046D4309" w14:textId="77777777" w:rsidR="00883C82" w:rsidRDefault="00000000">
            <w:pPr>
              <w:spacing w:before="60" w:after="60" w:line="259" w:lineRule="auto"/>
            </w:pPr>
            <w:r>
              <w:rPr>
                <w:b/>
              </w:rPr>
              <w:t>Total Marks:</w:t>
            </w:r>
          </w:p>
        </w:tc>
        <w:tc>
          <w:tcPr>
            <w:tcW w:w="5112" w:type="dxa"/>
          </w:tcPr>
          <w:p w14:paraId="6EB1720E" w14:textId="77777777" w:rsidR="00883C82" w:rsidRDefault="00000000">
            <w:pPr>
              <w:spacing w:before="60" w:after="60" w:line="259" w:lineRule="auto"/>
            </w:pPr>
            <w:r>
              <w:t>50</w:t>
            </w:r>
          </w:p>
        </w:tc>
      </w:tr>
    </w:tbl>
    <w:p w14:paraId="22C9E208" w14:textId="77777777" w:rsidR="00883C82" w:rsidRDefault="00000000">
      <w:pPr>
        <w:keepNext/>
        <w:spacing w:before="160" w:after="120" w:line="259" w:lineRule="auto"/>
      </w:pPr>
      <w:r>
        <w:rPr>
          <w:b/>
        </w:rPr>
        <w:t>Instructions</w:t>
      </w:r>
    </w:p>
    <w:p w14:paraId="35F11CEE" w14:textId="77777777" w:rsidR="00883C82" w:rsidRDefault="00000000">
      <w:pPr>
        <w:spacing w:after="80" w:line="259" w:lineRule="auto"/>
      </w:pPr>
      <w:r>
        <w:t>Answer all questions in Sections A and B.</w:t>
      </w:r>
    </w:p>
    <w:p w14:paraId="7DEFAFFF" w14:textId="77777777" w:rsidR="00883C82" w:rsidRDefault="00000000">
      <w:pPr>
        <w:spacing w:after="80" w:line="259" w:lineRule="auto"/>
      </w:pPr>
      <w:r>
        <w:t>Section A has 15 multiple choice questions. Each question carries 1 mark.</w:t>
      </w:r>
    </w:p>
    <w:p w14:paraId="6F3FCC29" w14:textId="77777777" w:rsidR="00883C82" w:rsidRDefault="00000000">
      <w:pPr>
        <w:spacing w:after="80" w:line="259" w:lineRule="auto"/>
      </w:pPr>
      <w:r>
        <w:t>Section B has structured questions worth 35 marks.</w:t>
      </w:r>
    </w:p>
    <w:p w14:paraId="7D882AEA" w14:textId="77777777" w:rsidR="00883C82" w:rsidRDefault="00000000">
      <w:pPr>
        <w:spacing w:after="80" w:line="259" w:lineRule="auto"/>
      </w:pPr>
      <w:r>
        <w:t>Write your answers clearly in the spaces provided.</w:t>
      </w:r>
    </w:p>
    <w:p w14:paraId="6BE3541B" w14:textId="77777777" w:rsidR="00883C82" w:rsidRDefault="00000000">
      <w:pPr>
        <w:spacing w:after="80" w:line="259" w:lineRule="auto"/>
      </w:pPr>
      <w:r>
        <w:t>Where a diagram or picture is required, study it carefully before answering.</w:t>
      </w:r>
    </w:p>
    <w:p w14:paraId="0B1E8ED1" w14:textId="77777777" w:rsidR="00883C82" w:rsidRDefault="00000000">
      <w:r>
        <w:br w:type="page"/>
      </w:r>
    </w:p>
    <w:p w14:paraId="2E5996E8" w14:textId="77777777" w:rsidR="00883C82" w:rsidRDefault="00883C82">
      <w:pPr>
        <w:sectPr w:rsidR="00883C82">
          <w:headerReference w:type="default" r:id="rId8"/>
          <w:footerReference w:type="default" r:id="rId9"/>
          <w:headerReference w:type="even" r:id="rId16"/>
          <w:footerReference w:type="even" r:id="rId17"/>
          <w:pgSz w:w="12240" w:h="15840"/>
          <w:pgMar w:top="1080" w:right="1008" w:bottom="1080" w:left="1008" w:header="360" w:footer="360" w:gutter="0"/>
          <w:cols w:space="720"/>
          <w:docGrid w:linePitch="360"/>
        </w:sectPr>
      </w:pPr>
    </w:p>
    <w:p w14:paraId="3DFF17DA" w14:textId="77777777" w:rsidR="00883C82" w:rsidRDefault="00000000">
      <w:pPr>
        <w:keepNext/>
        <w:spacing w:before="160" w:after="120" w:line="259" w:lineRule="auto"/>
      </w:pPr>
      <w:r>
        <w:rPr>
          <w:b/>
        </w:rPr>
        <w:lastRenderedPageBreak/>
        <w:t>Section A: Multiple Choice Questions (15 Marks)</w:t>
      </w:r>
    </w:p>
    <w:p w14:paraId="7E42CA4D" w14:textId="77777777" w:rsidR="00883C82" w:rsidRDefault="00000000">
      <w:pPr>
        <w:spacing w:after="100" w:line="259" w:lineRule="auto"/>
      </w:pPr>
      <w:r>
        <w:rPr>
          <w:i/>
        </w:rPr>
        <w:t>Choose the correct answer from A, B, C or D. Each question carries 1 mark.</w:t>
      </w:r>
    </w:p>
    <w:p w14:paraId="6357F072" w14:textId="77777777" w:rsidR="00883C82" w:rsidRDefault="00000000">
      <w:pPr>
        <w:spacing w:after="40" w:line="259" w:lineRule="auto"/>
      </w:pPr>
      <w:r>
        <w:t>1. According to the creation account, God worked and rested to show that work should be done with</w:t>
      </w:r>
    </w:p>
    <w:p w14:paraId="3FB024A6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laziness</w:t>
      </w:r>
    </w:p>
    <w:p w14:paraId="637AC8F9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responsibility</w:t>
      </w:r>
    </w:p>
    <w:p w14:paraId="787CDC09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fear</w:t>
      </w:r>
    </w:p>
    <w:p w14:paraId="69122E77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wastefulness</w:t>
      </w:r>
    </w:p>
    <w:p w14:paraId="798D8C54" w14:textId="77777777" w:rsidR="00883C82" w:rsidRDefault="00000000">
      <w:pPr>
        <w:spacing w:after="40" w:line="259" w:lineRule="auto"/>
      </w:pPr>
      <w:r>
        <w:t>2. A Christian worker should show honesty mainly by</w:t>
      </w:r>
    </w:p>
    <w:p w14:paraId="464D7172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cheating in small tasks</w:t>
      </w:r>
    </w:p>
    <w:p w14:paraId="2405F0DE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using time and resources well</w:t>
      </w:r>
    </w:p>
    <w:p w14:paraId="12F62EF2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avoiding all duties</w:t>
      </w:r>
    </w:p>
    <w:p w14:paraId="0973B988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blaming others</w:t>
      </w:r>
    </w:p>
    <w:p w14:paraId="37A1520D" w14:textId="77777777" w:rsidR="00883C82" w:rsidRDefault="00000000">
      <w:pPr>
        <w:spacing w:after="40" w:line="259" w:lineRule="auto"/>
      </w:pPr>
      <w:r>
        <w:t>3. A learner can choose a suitable career path by considering personal</w:t>
      </w:r>
    </w:p>
    <w:p w14:paraId="42D586A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gifts, talents and abilities</w:t>
      </w:r>
    </w:p>
    <w:p w14:paraId="149C7F68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friends only</w:t>
      </w:r>
    </w:p>
    <w:p w14:paraId="52D0631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fear of work</w:t>
      </w:r>
    </w:p>
    <w:p w14:paraId="1F77416E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family wealth only</w:t>
      </w:r>
    </w:p>
    <w:p w14:paraId="3D15D009" w14:textId="77777777" w:rsidR="00883C82" w:rsidRDefault="00000000">
      <w:pPr>
        <w:spacing w:after="40" w:line="259" w:lineRule="auto"/>
      </w:pPr>
      <w:r>
        <w:t>4. Which value helps a young person uphold sexual purity?</w:t>
      </w:r>
    </w:p>
    <w:p w14:paraId="08DAB028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self-control</w:t>
      </w:r>
    </w:p>
    <w:p w14:paraId="48A49B90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peer pressure</w:t>
      </w:r>
    </w:p>
    <w:p w14:paraId="6DF0C385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secrecy</w:t>
      </w:r>
    </w:p>
    <w:p w14:paraId="4889A7D9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disobedience</w:t>
      </w:r>
    </w:p>
    <w:p w14:paraId="63F90446" w14:textId="77777777" w:rsidR="00883C82" w:rsidRDefault="00000000">
      <w:pPr>
        <w:spacing w:after="40" w:line="259" w:lineRule="auto"/>
      </w:pPr>
      <w:r>
        <w:t>5. One quality portrayed by Judge Deborah was</w:t>
      </w:r>
    </w:p>
    <w:p w14:paraId="6325E677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cowardice</w:t>
      </w:r>
    </w:p>
    <w:p w14:paraId="400758CB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wisdom and courage</w:t>
      </w:r>
    </w:p>
    <w:p w14:paraId="74E63D5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greed</w:t>
      </w:r>
    </w:p>
    <w:p w14:paraId="3FCCD58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jealousy</w:t>
      </w:r>
    </w:p>
    <w:p w14:paraId="3029680D" w14:textId="77777777" w:rsidR="00883C82" w:rsidRDefault="00000000">
      <w:pPr>
        <w:spacing w:after="40" w:line="259" w:lineRule="auto"/>
      </w:pPr>
      <w:r>
        <w:t>6. King David is important to Christians because he was</w:t>
      </w:r>
    </w:p>
    <w:p w14:paraId="3F898ECB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an ancestor of Jesus Christ</w:t>
      </w:r>
    </w:p>
    <w:p w14:paraId="1B37D3F2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a Roman governor</w:t>
      </w:r>
    </w:p>
    <w:p w14:paraId="47CAA85B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a disciple of Paul</w:t>
      </w:r>
    </w:p>
    <w:p w14:paraId="44A982C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a temple tax collector</w:t>
      </w:r>
    </w:p>
    <w:p w14:paraId="360BC0D9" w14:textId="77777777" w:rsidR="00883C82" w:rsidRDefault="00000000">
      <w:pPr>
        <w:spacing w:after="40" w:line="259" w:lineRule="auto"/>
      </w:pPr>
      <w:r>
        <w:t>7. Solomon is remembered for asking God for</w:t>
      </w:r>
    </w:p>
    <w:p w14:paraId="7BF21E85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wealth only</w:t>
      </w:r>
    </w:p>
    <w:p w14:paraId="1289BE6B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revenge</w:t>
      </w:r>
    </w:p>
    <w:p w14:paraId="495ACA24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wisdom</w:t>
      </w:r>
    </w:p>
    <w:p w14:paraId="3B09948E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military weapons</w:t>
      </w:r>
    </w:p>
    <w:p w14:paraId="7994DE61" w14:textId="77777777" w:rsidR="00883C82" w:rsidRDefault="00000000">
      <w:pPr>
        <w:spacing w:after="40" w:line="259" w:lineRule="auto"/>
      </w:pPr>
      <w:r>
        <w:t>8. Jesus raised the widow's son at Nain mainly showing his</w:t>
      </w:r>
    </w:p>
    <w:p w14:paraId="5F24246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compassion</w:t>
      </w:r>
    </w:p>
    <w:p w14:paraId="089646B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anger</w:t>
      </w:r>
    </w:p>
    <w:p w14:paraId="08246BA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fear</w:t>
      </w:r>
    </w:p>
    <w:p w14:paraId="784362FF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pride</w:t>
      </w:r>
    </w:p>
    <w:p w14:paraId="4C39D5B5" w14:textId="77777777" w:rsidR="00883C82" w:rsidRDefault="00000000">
      <w:pPr>
        <w:spacing w:after="40" w:line="259" w:lineRule="auto"/>
      </w:pPr>
      <w:r>
        <w:t>9. The parable of the friend at midnight teaches Christians to</w:t>
      </w:r>
    </w:p>
    <w:p w14:paraId="61C8715F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give up prayer</w:t>
      </w:r>
    </w:p>
    <w:p w14:paraId="61B22393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pray persistently</w:t>
      </w:r>
    </w:p>
    <w:p w14:paraId="0A0BA4F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avoid helping friends</w:t>
      </w:r>
    </w:p>
    <w:p w14:paraId="7BC4FE35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fear neighbours</w:t>
      </w:r>
    </w:p>
    <w:p w14:paraId="4F592CF7" w14:textId="77777777" w:rsidR="00883C82" w:rsidRDefault="00000000">
      <w:pPr>
        <w:spacing w:after="40" w:line="259" w:lineRule="auto"/>
      </w:pPr>
      <w:r>
        <w:t>10. In John 3:5-7, Jesus taught Nicodemus about the need to be</w:t>
      </w:r>
    </w:p>
    <w:p w14:paraId="2B1EE75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born again</w:t>
      </w:r>
    </w:p>
    <w:p w14:paraId="5B9E6FE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made a king</w:t>
      </w:r>
    </w:p>
    <w:p w14:paraId="68384663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sent to prison</w:t>
      </w:r>
    </w:p>
    <w:p w14:paraId="51F130C3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given more wealth</w:t>
      </w:r>
    </w:p>
    <w:p w14:paraId="2CE878CA" w14:textId="77777777" w:rsidR="00883C82" w:rsidRDefault="00000000">
      <w:pPr>
        <w:spacing w:after="40" w:line="259" w:lineRule="auto"/>
      </w:pPr>
      <w:r>
        <w:t>11. Jesus' cleansing of the temple teaches Christians to respect places of</w:t>
      </w:r>
    </w:p>
    <w:p w14:paraId="6D6EAFF4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worship</w:t>
      </w:r>
    </w:p>
    <w:p w14:paraId="4A6103E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trade only</w:t>
      </w:r>
    </w:p>
    <w:p w14:paraId="06E05E50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conflict</w:t>
      </w:r>
    </w:p>
    <w:p w14:paraId="688ED3E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entertainment</w:t>
      </w:r>
    </w:p>
    <w:p w14:paraId="4A64A255" w14:textId="77777777" w:rsidR="00883C82" w:rsidRDefault="00000000">
      <w:pPr>
        <w:spacing w:after="40" w:line="259" w:lineRule="auto"/>
      </w:pPr>
      <w:r>
        <w:t>12. The Lord's Supper reminds Christians of Jesus' suffering, death and</w:t>
      </w:r>
    </w:p>
    <w:p w14:paraId="11B4670E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betrayal by Peter</w:t>
      </w:r>
    </w:p>
    <w:p w14:paraId="50E24533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return to Egypt</w:t>
      </w:r>
    </w:p>
    <w:p w14:paraId="13858973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new covenant</w:t>
      </w:r>
    </w:p>
    <w:p w14:paraId="04F6C50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childhood only</w:t>
      </w:r>
    </w:p>
    <w:p w14:paraId="09F1D652" w14:textId="77777777" w:rsidR="00883C82" w:rsidRDefault="00000000">
      <w:pPr>
        <w:spacing w:after="40" w:line="259" w:lineRule="auto"/>
      </w:pPr>
      <w:r>
        <w:t>13. In Acts 16, Paul and Silas prayed and sang while they were in</w:t>
      </w:r>
    </w:p>
    <w:p w14:paraId="1DB7B86C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a palace</w:t>
      </w:r>
    </w:p>
    <w:p w14:paraId="2C2AB64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prison</w:t>
      </w:r>
    </w:p>
    <w:p w14:paraId="7DA0116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a market</w:t>
      </w:r>
    </w:p>
    <w:p w14:paraId="00C91C3A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a boat</w:t>
      </w:r>
    </w:p>
    <w:p w14:paraId="3E4C9558" w14:textId="77777777" w:rsidR="00883C82" w:rsidRDefault="00000000">
      <w:pPr>
        <w:spacing w:after="40" w:line="259" w:lineRule="auto"/>
      </w:pPr>
      <w:r>
        <w:t>14. Image question: The picture shows Jesus riding into Jerusalem as people spread cloaks and branches. Which event is shown?</w:t>
      </w:r>
    </w:p>
    <w:tbl>
      <w:tblPr>
        <w:tblW w:w="0" w:type="auto"/>
        <w:jc w:val="center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ook w:val="04A0" w:firstRow="1" w:lastRow="0" w:firstColumn="1" w:lastColumn="0" w:noHBand="0" w:noVBand="1"/>
      </w:tblPr>
      <w:tblGrid>
        <w:gridCol w:w="3000"/>
      </w:tblGrid>
      <w:tr w:rsidR="00883C82" w14:paraId="6CB7EB43" w14:textId="77777777">
        <w:trPr>
          <w:jc w:val="center"/>
        </w:trPr>
        <w:tc>
          <w:tcPr>
            <w:tcW w:w="3000" w:type="dxa"/>
            <w:shd w:val="clear" w:color="auto" w:fill="F2F2F2"/>
            <w:vAlign w:val="center"/>
          </w:tcPr>
          <w:p w14:paraId="1B0A1442" w14:textId="77777777" w:rsidR="00883C82" w:rsidRDefault="00000000">
            <w:pPr>
              <w:spacing w:before="120" w:after="120" w:line="259" w:lineRule="auto"/>
              <w:jc w:val="center"/>
            </w:pPr>
            <w:r>
              <w:rPr>
                <w:b/>
                <w:sz w:val="18"/>
              </w:rPr>
              <w:t xml:space="preserve">[IMAGE TO INSERT: </w:t>
            </w:r>
            <w:r>
              <w:rPr>
                <w:sz w:val="18"/>
              </w:rPr>
              <w:t>Picture of Jesus' triumphant entry into Jerusalem: Jesus riding a donkey while people spread cloaks and palm branches.</w:t>
            </w:r>
            <w:r>
              <w:rPr>
                <w:b/>
                <w:sz w:val="18"/>
              </w:rPr>
              <w:t>]</w:t>
            </w:r>
          </w:p>
        </w:tc>
      </w:tr>
    </w:tbl>
    <w:p w14:paraId="66C94786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Ascension</w:t>
      </w:r>
    </w:p>
    <w:p w14:paraId="52C9C5F5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Triumphant entry</w:t>
      </w:r>
    </w:p>
    <w:p w14:paraId="21BC1F86" w14:textId="77777777" w:rsidR="00883C82" w:rsidRDefault="00000000">
      <w:pPr>
        <w:spacing w:after="20" w:line="240" w:lineRule="auto"/>
        <w:ind w:left="259"/>
      </w:pPr>
      <w:r>
        <w:rPr>
          <w:sz w:val="23"/>
        </w:rPr>
        <w:lastRenderedPageBreak/>
        <w:t>C. Last Supper</w:t>
      </w:r>
    </w:p>
    <w:p w14:paraId="49121126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Healing the ten lepers</w:t>
      </w:r>
    </w:p>
    <w:p w14:paraId="5528C4DB" w14:textId="77777777" w:rsidR="00883C82" w:rsidRDefault="00000000">
      <w:pPr>
        <w:spacing w:after="40" w:line="259" w:lineRule="auto"/>
      </w:pPr>
      <w:r>
        <w:t>15. Image question: The picture shows ten healed lepers and only one returning to thank Jesus. Which value is mainly taught?</w:t>
      </w:r>
    </w:p>
    <w:tbl>
      <w:tblPr>
        <w:tblW w:w="0" w:type="auto"/>
        <w:jc w:val="center"/>
        <w:tblBorders>
          <w:top w:val="single" w:sz="8" w:space="0" w:color="A6A6A6"/>
          <w:left w:val="single" w:sz="8" w:space="0" w:color="A6A6A6"/>
          <w:bottom w:val="single" w:sz="8" w:space="0" w:color="A6A6A6"/>
          <w:right w:val="single" w:sz="8" w:space="0" w:color="A6A6A6"/>
          <w:insideH w:val="single" w:sz="8" w:space="0" w:color="A6A6A6"/>
          <w:insideV w:val="single" w:sz="8" w:space="0" w:color="A6A6A6"/>
        </w:tblBorders>
        <w:tblLook w:val="04A0" w:firstRow="1" w:lastRow="0" w:firstColumn="1" w:lastColumn="0" w:noHBand="0" w:noVBand="1"/>
      </w:tblPr>
      <w:tblGrid>
        <w:gridCol w:w="3000"/>
      </w:tblGrid>
      <w:tr w:rsidR="00883C82" w14:paraId="760FC39A" w14:textId="77777777">
        <w:trPr>
          <w:jc w:val="center"/>
        </w:trPr>
        <w:tc>
          <w:tcPr>
            <w:tcW w:w="3000" w:type="dxa"/>
            <w:shd w:val="clear" w:color="auto" w:fill="F2F2F2"/>
            <w:vAlign w:val="center"/>
          </w:tcPr>
          <w:p w14:paraId="1814EE89" w14:textId="77777777" w:rsidR="00883C82" w:rsidRDefault="00000000">
            <w:pPr>
              <w:spacing w:before="120" w:after="120" w:line="259" w:lineRule="auto"/>
              <w:jc w:val="center"/>
            </w:pPr>
            <w:r>
              <w:rPr>
                <w:b/>
                <w:sz w:val="18"/>
              </w:rPr>
              <w:t xml:space="preserve">[IMAGE TO INSERT: </w:t>
            </w:r>
            <w:r>
              <w:rPr>
                <w:sz w:val="18"/>
              </w:rPr>
              <w:t>Picture of the healing of the ten lepers: ten healed men, with one returning to thank Jesus.</w:t>
            </w:r>
            <w:r>
              <w:rPr>
                <w:b/>
                <w:sz w:val="18"/>
              </w:rPr>
              <w:t>]</w:t>
            </w:r>
          </w:p>
        </w:tc>
      </w:tr>
    </w:tbl>
    <w:p w14:paraId="55CFCFDF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A. gratitude</w:t>
      </w:r>
    </w:p>
    <w:p w14:paraId="206691A1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B. jealousy</w:t>
      </w:r>
    </w:p>
    <w:p w14:paraId="19ED8B62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C. revenge</w:t>
      </w:r>
    </w:p>
    <w:p w14:paraId="4908E36D" w14:textId="77777777" w:rsidR="00883C82" w:rsidRDefault="00000000">
      <w:pPr>
        <w:spacing w:after="20" w:line="240" w:lineRule="auto"/>
        <w:ind w:left="259"/>
      </w:pPr>
      <w:r>
        <w:rPr>
          <w:sz w:val="23"/>
        </w:rPr>
        <w:t>D. dishonesty</w:t>
      </w:r>
    </w:p>
    <w:p w14:paraId="7509A89B" w14:textId="77777777" w:rsidR="00883C82" w:rsidRDefault="00883C82">
      <w:pPr>
        <w:sectPr w:rsidR="00883C82">
          <w:headerReference w:type="default" r:id="rId10"/>
          <w:footerReference w:type="default" r:id="rId11"/>
          <w:headerReference w:type="even" r:id="rId18"/>
          <w:footerReference w:type="even" r:id="rId19"/>
          <w:pgSz w:w="12240" w:h="15840"/>
          <w:pgMar w:top="1080" w:right="936" w:bottom="1080" w:left="936" w:header="360" w:footer="360" w:gutter="0"/>
          <w:cols w:num="2" w:space="360"/>
          <w:docGrid w:linePitch="360"/>
        </w:sectPr>
      </w:pPr>
    </w:p>
    <w:p w14:paraId="0E96449D" w14:textId="77777777" w:rsidR="00883C82" w:rsidRDefault="00000000">
      <w:pPr>
        <w:keepNext/>
        <w:spacing w:before="160" w:after="120" w:line="259" w:lineRule="auto"/>
      </w:pPr>
      <w:r>
        <w:rPr>
          <w:b/>
        </w:rPr>
        <w:lastRenderedPageBreak/>
        <w:t>Section B: Open-Ended Questions (35 Marks)</w:t>
      </w:r>
    </w:p>
    <w:p w14:paraId="35D2E9B7" w14:textId="77777777" w:rsidR="00883C82" w:rsidRDefault="00000000">
      <w:pPr>
        <w:spacing w:after="100" w:line="259" w:lineRule="auto"/>
      </w:pPr>
      <w:r>
        <w:rPr>
          <w:i/>
        </w:rPr>
        <w:t>Answer all questions. Show clear reasoning where required. Marks are shown in brackets.</w:t>
      </w:r>
    </w:p>
    <w:p w14:paraId="775CF189" w14:textId="77777777" w:rsidR="00883C82" w:rsidRDefault="00000000">
      <w:pPr>
        <w:keepNext/>
        <w:spacing w:before="120" w:after="80" w:line="259" w:lineRule="auto"/>
      </w:pPr>
      <w:r>
        <w:rPr>
          <w:b/>
        </w:rPr>
        <w:t>16. Work: God Worked (6 marks)</w:t>
      </w:r>
    </w:p>
    <w:p w14:paraId="43AB0FBA" w14:textId="77777777" w:rsidR="00883C82" w:rsidRDefault="00000000">
      <w:pPr>
        <w:spacing w:after="60" w:line="259" w:lineRule="auto"/>
      </w:pPr>
      <w:r>
        <w:t>a) Interpret two lessons Christians learn from the scriptures on work. (2 marks)</w:t>
      </w:r>
    </w:p>
    <w:p w14:paraId="14872F42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12CC4E7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D8AA829" w14:textId="77777777" w:rsidR="00883C82" w:rsidRDefault="00000000">
      <w:pPr>
        <w:spacing w:after="60" w:line="259" w:lineRule="auto"/>
      </w:pPr>
      <w:r>
        <w:t>b) Explain two virtues related to Christian work ethics. (2 marks)</w:t>
      </w:r>
    </w:p>
    <w:p w14:paraId="5B62095B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5B0DC771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AA91CA8" w14:textId="77777777" w:rsidR="00883C82" w:rsidRDefault="00000000">
      <w:pPr>
        <w:spacing w:after="60" w:line="259" w:lineRule="auto"/>
      </w:pPr>
      <w:r>
        <w:t>c) State two ways learners can work towards their career goals and aspirations. (2 marks)</w:t>
      </w:r>
    </w:p>
    <w:p w14:paraId="04BD345F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98EE418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9D166C7" w14:textId="77777777" w:rsidR="00883C82" w:rsidRDefault="00000000">
      <w:pPr>
        <w:keepNext/>
        <w:spacing w:before="120" w:after="80" w:line="259" w:lineRule="auto"/>
      </w:pPr>
      <w:r>
        <w:rPr>
          <w:b/>
        </w:rPr>
        <w:t>17. Christian Moral Values (5 marks)</w:t>
      </w:r>
    </w:p>
    <w:p w14:paraId="6160B602" w14:textId="77777777" w:rsidR="00883C82" w:rsidRDefault="00000000">
      <w:pPr>
        <w:spacing w:after="60" w:line="259" w:lineRule="auto"/>
      </w:pPr>
      <w:r>
        <w:t>a) Identify three moral values that a young person should uphold. (3 marks)</w:t>
      </w:r>
    </w:p>
    <w:p w14:paraId="56336323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C6F0B96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B1C331D" w14:textId="77777777" w:rsidR="00883C82" w:rsidRDefault="00000000">
      <w:pPr>
        <w:spacing w:after="60" w:line="259" w:lineRule="auto"/>
      </w:pPr>
      <w:r>
        <w:t>b) Explain two life skills that can help a learner foster sexual purity. (2 marks)</w:t>
      </w:r>
    </w:p>
    <w:p w14:paraId="23E1AD2A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3BCDEA1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FB58D13" w14:textId="77777777" w:rsidR="00883C82" w:rsidRDefault="00000000">
      <w:pPr>
        <w:keepNext/>
        <w:spacing w:before="120" w:after="80" w:line="259" w:lineRule="auto"/>
      </w:pPr>
      <w:r>
        <w:rPr>
          <w:b/>
        </w:rPr>
        <w:t>18. Leadership: Deborah, David and Solomon (7 marks)</w:t>
      </w:r>
    </w:p>
    <w:p w14:paraId="12F1C96D" w14:textId="77777777" w:rsidR="00883C82" w:rsidRDefault="00000000">
      <w:pPr>
        <w:spacing w:after="60" w:line="259" w:lineRule="auto"/>
      </w:pPr>
      <w:r>
        <w:t>a) Describe two qualities portrayed by Deborah as a judge in Israel. (2 marks)</w:t>
      </w:r>
    </w:p>
    <w:p w14:paraId="60C924ED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1F9A7922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425C973" w14:textId="77777777" w:rsidR="00883C82" w:rsidRDefault="00000000">
      <w:pPr>
        <w:spacing w:after="60" w:line="259" w:lineRule="auto"/>
      </w:pPr>
      <w:r>
        <w:t>b) Outline two qualities of a good leader from King David's leadership. (2 marks)</w:t>
      </w:r>
    </w:p>
    <w:p w14:paraId="38ADE7D1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2A308C2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393A70F" w14:textId="77777777" w:rsidR="00883C82" w:rsidRDefault="00000000">
      <w:pPr>
        <w:spacing w:after="60" w:line="259" w:lineRule="auto"/>
      </w:pPr>
      <w:r>
        <w:t>c) Assess one achievement and one failure of King Solomon. (2 marks)</w:t>
      </w:r>
    </w:p>
    <w:p w14:paraId="127CC737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57F34E83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C17E702" w14:textId="77777777" w:rsidR="00883C82" w:rsidRDefault="00000000">
      <w:pPr>
        <w:spacing w:after="60" w:line="259" w:lineRule="auto"/>
      </w:pPr>
      <w:r>
        <w:t>d) Give one reason learners should choose leaders of integrity. (1 mark)</w:t>
      </w:r>
    </w:p>
    <w:p w14:paraId="2C061563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06F52C2" w14:textId="77777777" w:rsidR="00883C82" w:rsidRDefault="00000000">
      <w:pPr>
        <w:keepNext/>
        <w:spacing w:before="120" w:after="80" w:line="259" w:lineRule="auto"/>
      </w:pPr>
      <w:r>
        <w:rPr>
          <w:b/>
        </w:rPr>
        <w:t>19. Life and Ministry of Jesus Christ (8 marks)</w:t>
      </w:r>
    </w:p>
    <w:p w14:paraId="49C67D25" w14:textId="77777777" w:rsidR="00883C82" w:rsidRDefault="00000000">
      <w:pPr>
        <w:spacing w:after="60" w:line="259" w:lineRule="auto"/>
      </w:pPr>
      <w:r>
        <w:t>a) Explain two lessons from Jesus raising the widow's son. (2 marks)</w:t>
      </w:r>
    </w:p>
    <w:p w14:paraId="5EBBD5C6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704F05C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385D4AF" w14:textId="77777777" w:rsidR="00883C82" w:rsidRDefault="00000000">
      <w:pPr>
        <w:spacing w:after="60" w:line="259" w:lineRule="auto"/>
      </w:pPr>
      <w:r>
        <w:t>b) State two lessons from the parable of a friend at midnight. (2 marks)</w:t>
      </w:r>
    </w:p>
    <w:p w14:paraId="003D208F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416BF67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7B9A7C3" w14:textId="77777777" w:rsidR="00883C82" w:rsidRDefault="00000000">
      <w:pPr>
        <w:spacing w:after="60" w:line="259" w:lineRule="auto"/>
      </w:pPr>
      <w:r>
        <w:t>c) Describe two events in Jesus' ministry in Jerusalem. (2 marks)</w:t>
      </w:r>
    </w:p>
    <w:p w14:paraId="6865C7CB" w14:textId="77777777" w:rsidR="00883C82" w:rsidRDefault="00000000">
      <w:pPr>
        <w:spacing w:after="40" w:line="240" w:lineRule="auto"/>
      </w:pPr>
      <w:r>
        <w:lastRenderedPageBreak/>
        <w:t>________________________________________________________________________________</w:t>
      </w:r>
    </w:p>
    <w:p w14:paraId="23AE9C6D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7CB3C7BA" w14:textId="77777777" w:rsidR="00883C82" w:rsidRDefault="00000000">
      <w:pPr>
        <w:spacing w:after="60" w:line="259" w:lineRule="auto"/>
      </w:pPr>
      <w:r>
        <w:t>d) Explain the significance of Jesus' resurrection to Christians today. (2 marks)</w:t>
      </w:r>
    </w:p>
    <w:p w14:paraId="18022B60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646BEA5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030C7F56" w14:textId="77777777" w:rsidR="00883C82" w:rsidRDefault="00000000">
      <w:pPr>
        <w:keepNext/>
        <w:spacing w:before="120" w:after="80" w:line="259" w:lineRule="auto"/>
      </w:pPr>
      <w:r>
        <w:rPr>
          <w:b/>
        </w:rPr>
        <w:t>20. The Early Church and the Holy Spirit (5 marks)</w:t>
      </w:r>
    </w:p>
    <w:p w14:paraId="117DACFC" w14:textId="77777777" w:rsidR="00883C82" w:rsidRDefault="00000000">
      <w:pPr>
        <w:spacing w:after="60" w:line="259" w:lineRule="auto"/>
      </w:pPr>
      <w:r>
        <w:t>a) State two characteristics of the Early Church. (2 marks)</w:t>
      </w:r>
    </w:p>
    <w:p w14:paraId="1D61EF81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512DFBEF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C26D205" w14:textId="77777777" w:rsidR="00883C82" w:rsidRDefault="00000000">
      <w:pPr>
        <w:spacing w:after="60" w:line="259" w:lineRule="auto"/>
      </w:pPr>
      <w:r>
        <w:t>b) Give one lesson from the story of Paul and Silas in Acts 16. (1 mark)</w:t>
      </w:r>
    </w:p>
    <w:p w14:paraId="2853ED9F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6CFC481" w14:textId="77777777" w:rsidR="00883C82" w:rsidRDefault="00000000">
      <w:pPr>
        <w:spacing w:after="60" w:line="259" w:lineRule="auto"/>
      </w:pPr>
      <w:r>
        <w:t>c) Identify two gifts of the Holy Spirit. (2 marks)</w:t>
      </w:r>
    </w:p>
    <w:p w14:paraId="5BB2573D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63C998D9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7F9A6EE" w14:textId="77777777" w:rsidR="00883C82" w:rsidRDefault="00000000">
      <w:pPr>
        <w:keepNext/>
        <w:spacing w:before="120" w:after="80" w:line="259" w:lineRule="auto"/>
      </w:pPr>
      <w:r>
        <w:rPr>
          <w:b/>
        </w:rPr>
        <w:t>21. Christian Living Today (4 marks)</w:t>
      </w:r>
    </w:p>
    <w:p w14:paraId="4F85DA18" w14:textId="77777777" w:rsidR="00883C82" w:rsidRDefault="00000000">
      <w:pPr>
        <w:spacing w:after="60" w:line="259" w:lineRule="auto"/>
      </w:pPr>
      <w:r>
        <w:t>a) State two causes of early marriage. (2 marks)</w:t>
      </w:r>
    </w:p>
    <w:p w14:paraId="5D0C9831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73788F6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388E1431" w14:textId="77777777" w:rsidR="00883C82" w:rsidRDefault="00000000">
      <w:pPr>
        <w:spacing w:after="60" w:line="259" w:lineRule="auto"/>
      </w:pPr>
      <w:r>
        <w:t>b) Explain two Christian moral values or life skills that can help learners avoid early marriage. (2 marks)</w:t>
      </w:r>
    </w:p>
    <w:p w14:paraId="3DA978F0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29916090" w14:textId="77777777" w:rsidR="00883C82" w:rsidRDefault="00000000">
      <w:pPr>
        <w:spacing w:after="40" w:line="240" w:lineRule="auto"/>
      </w:pPr>
      <w:r>
        <w:t>________________________________________________________________________________</w:t>
      </w:r>
    </w:p>
    <w:p w14:paraId="493231D4" w14:textId="77777777" w:rsidR="00883C82" w:rsidRDefault="00000000">
      <w:r>
        <w:br w:type="page"/>
      </w:r>
    </w:p>
    <w:p w14:paraId="25AE70BA" w14:textId="77777777" w:rsidR="00883C82" w:rsidRDefault="00000000">
      <w:pPr>
        <w:keepNext/>
        <w:spacing w:before="160" w:after="120" w:line="259" w:lineRule="auto"/>
      </w:pPr>
      <w:r>
        <w:rPr>
          <w:b/>
        </w:rPr>
        <w:lastRenderedPageBreak/>
        <w:t>Teacher's Marking Guide - Section A</w:t>
      </w:r>
    </w:p>
    <w:p w14:paraId="302759D3" w14:textId="77777777" w:rsidR="00883C82" w:rsidRDefault="00000000">
      <w:pPr>
        <w:spacing w:after="80" w:line="259" w:lineRule="auto"/>
      </w:pPr>
      <w:r>
        <w:t>Answers: 1. B; 2. B; 3. A; 4. A; 5. B; 6. A; 7. C; 8. A; 9. B; 10. A; 11. A; 12. C; 13. B; 14. B; 15. A</w:t>
      </w:r>
    </w:p>
    <w:p w14:paraId="70ADCDB7" w14:textId="77777777" w:rsidR="00883C82" w:rsidRDefault="00000000">
      <w:pPr>
        <w:keepNext/>
        <w:spacing w:before="160" w:after="120" w:line="259" w:lineRule="auto"/>
      </w:pPr>
      <w:r>
        <w:rPr>
          <w:b/>
        </w:rPr>
        <w:t>Teacher's Note on Image Questions</w:t>
      </w:r>
    </w:p>
    <w:p w14:paraId="56B9CC0E" w14:textId="77777777" w:rsidR="00883C82" w:rsidRDefault="00000000">
      <w:pPr>
        <w:spacing w:after="80" w:line="259" w:lineRule="auto"/>
      </w:pPr>
      <w:r>
        <w:t>Question 14 image: Use a clear picture or drawing of Jesus' triumphant entry into Jerusalem.</w:t>
      </w:r>
    </w:p>
    <w:p w14:paraId="30D6288D" w14:textId="77777777" w:rsidR="00883C82" w:rsidRDefault="00000000">
      <w:pPr>
        <w:spacing w:after="80" w:line="259" w:lineRule="auto"/>
      </w:pPr>
      <w:r>
        <w:t>Question 15 image: Use a picture or drawing of the healing of the ten lepers, showing one leper returning to give thanks.</w:t>
      </w:r>
    </w:p>
    <w:sectPr w:rsidR="00883C82" w:rsidSect="00034616">
      <w:headerReference w:type="default" r:id="rId12"/>
      <w:footerReference w:type="default" r:id="rId13"/>
      <w:headerReference w:type="even" r:id="rId20"/>
      <w:footerReference w:type="even" r:id="rId21"/>
      <w:pgSz w:w="12240" w:h="15840"/>
      <w:pgMar w:top="1080" w:right="1008" w:bottom="1080" w:left="1008" w:header="360" w:footer="36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ADDFC" w14:textId="77777777" w:rsidR="000B32BF" w:rsidRDefault="000B32BF">
      <w:pPr>
        <w:spacing w:after="0" w:line="240" w:lineRule="auto"/>
      </w:pPr>
      <w:r>
        <w:separator/>
      </w:r>
    </w:p>
  </w:endnote>
  <w:endnote w:type="continuationSeparator" w:id="0">
    <w:p w14:paraId="2241803E" w14:textId="77777777" w:rsidR="000B32BF" w:rsidRDefault="000B3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F46C1" w14:textId="77777777" w:rsidR="00883C82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6C0CE7">
      <w:fldChar w:fldCharType="separate"/>
    </w:r>
    <w:r w:rsidR="006C0CE7">
      <w:rPr>
        <w:noProof/>
      </w:rPr>
      <w:t>1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151" w14:textId="73EF49DF" w:rsidR="00883C82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6C0CE7">
      <w:fldChar w:fldCharType="separate"/>
    </w:r>
    <w:r w:rsidR="006C0CE7">
      <w:rPr>
        <w:noProof/>
      </w:rPr>
      <w:t>2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20A07" w14:textId="037FB7D7" w:rsidR="00883C82" w:rsidRDefault="00000000">
    <w:pPr>
      <w:pStyle w:val="Footer"/>
      <w:jc w:val="center"/>
    </w:pPr>
    <w:r>
      <w:rPr>
        <w:sz w:val="18"/>
      </w:rPr>
      <w:t xml:space="preserve">cbcteacher.co.ke | By Teacher Boen | For answers and inquiries call 0722591434 | </w:t>
    </w:r>
    <w:r>
      <w:t xml:space="preserve">Page </w:t>
    </w:r>
    <w:r>
      <w:fldChar w:fldCharType="begin"/>
    </w:r>
    <w:r>
      <w:instrText>PAGE</w:instrText>
    </w:r>
    <w:r w:rsidR="006C0CE7">
      <w:fldChar w:fldCharType="separate"/>
    </w:r>
    <w:r w:rsidR="006C0CE7">
      <w:rPr>
        <w:noProof/>
      </w:rPr>
      <w:t>4</w:t>
    </w:r>
    <w:r>
      <w:fldChar w:fldCharType="end"/>
    </w: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jc w:val="center"/>
    </w:pPr>
    <w:r>
      <w:rPr>
        <w:b/>
        <w:color w:val="C00000"/>
        <w:sz w:val="20"/>
      </w:rPr>
      <w:t>For marking schemes call or WhatsApp 0722591434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6B0CF" w14:textId="77777777" w:rsidR="000B32BF" w:rsidRDefault="000B32BF">
      <w:pPr>
        <w:spacing w:after="0" w:line="240" w:lineRule="auto"/>
      </w:pPr>
      <w:r>
        <w:separator/>
      </w:r>
    </w:p>
  </w:footnote>
  <w:footnote w:type="continuationSeparator" w:id="0">
    <w:p w14:paraId="5F5D7CF3" w14:textId="77777777" w:rsidR="000B32BF" w:rsidRDefault="000B3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B4925" w14:textId="77777777" w:rsidR="00883C82" w:rsidRDefault="00000000">
    <w:pPr>
      <w:pStyle w:val="Header"/>
      <w:jc w:val="center"/>
    </w:pPr>
    <w:r>
      <w:pict w14:anchorId="024F223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TeacherBoenWatermark" o:spid="_x0000_s1027" type="#_x0000_t136" style="position:absolute;left:0;text-align:left;margin-left:0;margin-top:0;width:610pt;height:115pt;rotation:315;z-index:-251659776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850E4" w14:textId="77777777" w:rsidR="00883C82" w:rsidRDefault="00000000">
    <w:pPr>
      <w:pStyle w:val="Header"/>
      <w:jc w:val="center"/>
    </w:pPr>
    <w:r>
      <w:pict w14:anchorId="30E155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610pt;height:115pt;rotation:315;z-index:-251658752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14486" w14:textId="77777777" w:rsidR="00883C82" w:rsidRDefault="00000000">
    <w:pPr>
      <w:pStyle w:val="Header"/>
      <w:jc w:val="center"/>
    </w:pPr>
    <w:r>
      <w:pict w14:anchorId="4FA94D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5" type="#_x0000_t136" style="position:absolute;left:0;text-align:left;margin-left:0;margin-top:0;width:610pt;height:115pt;rotation:315;z-index:-251657728;mso-position-horizontal:center;mso-position-horizontal-relative:margin;mso-position-vertical:center;mso-position-vertical-relative:margin" fillcolor="#d9d9d9" stroked="f">
          <v:fill opacity="11796f"/>
          <v:textpath style="font-family:&quot;Times New Roman&quot;;font-size:20pt" string="cbcteacher.co.ke   By Teacher Boen   For answers and inquiries call 0722591434"/>
          <w10:wrap anchorx="margin" anchory="margin"/>
        </v:shape>
      </w:pict>
    </w: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4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5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header6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pPr>
      <w:jc w:val="center"/>
    </w:pPr>
    <w:r>
      <w:pict>
        <v:shape id="CBCTeacherWatermark" o:spid="_x0000_s1025" type="#_x0000_t136" style="position:absolute;left:0;text-align:left;margin-left:0;margin-top:160pt;width:468pt;height:117pt;rotation:315;z-index:-251654144;mso-position-horizontal:center;mso-position-horizontal-relative:margin;mso-position-vertical:center;mso-position-vertical-relative:margin" fillcolor="#b7b7b7" stroked="f">
          <v:fill opacity=".18"/>
          <v:textpath style="font-family:Arial;font-size:1pt" string="cbcteacher.co.k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13745155">
    <w:abstractNumId w:val="8"/>
  </w:num>
  <w:num w:numId="2" w16cid:durableId="279264474">
    <w:abstractNumId w:val="6"/>
  </w:num>
  <w:num w:numId="3" w16cid:durableId="205024774">
    <w:abstractNumId w:val="5"/>
  </w:num>
  <w:num w:numId="4" w16cid:durableId="805581602">
    <w:abstractNumId w:val="4"/>
  </w:num>
  <w:num w:numId="5" w16cid:durableId="1481848520">
    <w:abstractNumId w:val="7"/>
  </w:num>
  <w:num w:numId="6" w16cid:durableId="652098708">
    <w:abstractNumId w:val="3"/>
  </w:num>
  <w:num w:numId="7" w16cid:durableId="949705505">
    <w:abstractNumId w:val="2"/>
  </w:num>
  <w:num w:numId="8" w16cid:durableId="1641301291">
    <w:abstractNumId w:val="1"/>
  </w:num>
  <w:num w:numId="9" w16cid:durableId="2053117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0F9F"/>
    <w:rsid w:val="00034616"/>
    <w:rsid w:val="0006063C"/>
    <w:rsid w:val="000B32BF"/>
    <w:rsid w:val="0015074B"/>
    <w:rsid w:val="0029639D"/>
    <w:rsid w:val="00326F90"/>
    <w:rsid w:val="006C0CE7"/>
    <w:rsid w:val="00883C8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6DA639"/>
  <w14:defaultImageDpi w14:val="300"/>
  <w15:docId w15:val="{8A27D0B8-A4F2-4F27-AA9F-CECD5AAFD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GridLight">
    <w:name w:val="Grid Table Light"/>
    <w:basedOn w:val="TableNormal"/>
    <w:uiPriority w:val="99"/>
    <w:rsid w:val="006C0C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Relationship Id="rId16" Type="http://schemas.openxmlformats.org/officeDocument/2006/relationships/header" Target="header4.xml"/><Relationship Id="rId17" Type="http://schemas.openxmlformats.org/officeDocument/2006/relationships/footer" Target="footer4.xml"/><Relationship Id="rId18" Type="http://schemas.openxmlformats.org/officeDocument/2006/relationships/header" Target="header5.xml"/><Relationship Id="rId19" Type="http://schemas.openxmlformats.org/officeDocument/2006/relationships/footer" Target="footer5.xml"/><Relationship Id="rId20" Type="http://schemas.openxmlformats.org/officeDocument/2006/relationships/header" Target="header6.xml"/><Relationship Id="rId21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9 CRE August Holiday Assignment 2026</dc:title>
  <dc:subject>Christian Religious Education Grade 9 CBC Assignment</dc:subject>
  <dc:creator>cbcteacher.co.ke</dc:creator>
  <cp:keywords/>
  <dc:description>Watermarked for cbcteacher.co.ke</dc:description>
  <cp:lastModifiedBy>Charles</cp:lastModifiedBy>
  <cp:revision>3</cp:revision>
  <dcterms:created xsi:type="dcterms:W3CDTF">2013-12-23T23:15:00Z</dcterms:created>
  <dcterms:modified xsi:type="dcterms:W3CDTF">2026-07-27T15:04:00Z</dcterms:modified>
  <cp:category/>
</cp:coreProperties>
</file>