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INTEGRATED SCIENCE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CBC Competency-Based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Learner's Name: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School: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Date: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Time: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 hour 30 minutes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Total Marks: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Instructions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Answer all questions in Sections A and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A has 15 multiple choice questions. Each question carries 1 mark.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has structured and competency-based questions worth 35 marks.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Show your working clearly where calculations are required.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a diagram or picture is required, study it carefully before answering.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A: Multiple Choice Questions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Choose the correct answer from A, B, C or D. Each question carries 1 mark.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The central part of an atom is called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shell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nucleus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electron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compound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The mass number of an atom is the sum of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electrons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protons and electrons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neutrons and shells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protons and neutrons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Which element is a metal?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Iron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Sulphur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Carbon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Oxygen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An alloy is best described as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 pure non-metal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hard water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 mixture containing a metal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 food chain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Image question: The diagram shows particles labelled protons, neutrons and electrons. What is the diagram representing?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Simple labelled atom diagram showing nucleus, protons, neutrons and electrons in shells.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 leaf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an atom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 flower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 mirror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Rusting of iron requires oxygen and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water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sand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sugar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oil only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Water that does not lather easily with soap is called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soft water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distilled water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pure steam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hard water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Which method can soften temporary hard water?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freezing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filtering dry sand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boiling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adding oil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The main site of photosynthesis in a plant is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root hair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leaf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fruit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stem bark only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Image question: The picture shows a green leaf with broad lamina and veins. Which process is mainly associated with it?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Clear diagram or photo of a green leaf showing broad lamina and veins.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rusting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digestion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photosynthesis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pollination only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Animals that feed on both plants and animals are called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omnivores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herbivores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carnivores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decomposers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Pollination is the transfer of pollen grains from anther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root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petal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seed coat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stigma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A food chain always begins with 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consumer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producer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predator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parasite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A mirror that curves inwards is called 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plane mirror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convex mirror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concave mirror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transparent mirror</w:t>
      </w:r>
    </w:p>
    <w:p>
      <w:r>
        <w:br w:type="page"/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Convex mirrors are commonly used as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driving side mirrors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cooking pots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water filters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flower parts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B: Open-Ended Questions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Answer all questions. Show clear reasoning where required. Marks are shown in brackets.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Structure of the Atom and Classification of Elements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Describe the structure of an atom.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An atom has 11 protons and 12 neutrons. Determine its mass number.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two differences between metals and non-metals.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Metals, Alloys and Water Hardness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three physical properties of metals.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effects of rusting on metallic objects.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Give two advantages of using alloys in day-to-day life.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Nutrition in Plants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Identify three adaptations of a leaf to photosynthesis.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State two conditions necessary for photosynthesis.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Explain why photosynthesis is important in nature.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Image-Based Question: Flowering Plants (6 marks)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224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Flower diagram/photo showing parts such as petals, stigma, anther, ovary and sepals. A labelled diagram may be used if preferred.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Study the flower diagram/image inserted by the teacher and answer the questions that follow.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Name two parts of the flower shown in the image.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State one function of each part named in (a).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Identify whether the flower is likely adapted for wind or insect pollination and give one reason.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Nutrition in Animals and Interdependence of Life (5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two modes of nutrition in animals.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Construct a simple food chain with four organisms.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Give one effect of human activities on the environment.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21. Curved Mirrors (3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Name two types of curved mirrors.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State one use of a convex mirror in day-to-day life.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Marking Guide - Section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Answers: </w:t>
      </w:r>
      <w:r>
        <w:rPr>
          <w:rFonts w:ascii="Times New Roman" w:hAnsi="Times New Roman"/>
          <w:b w:val="0"/>
          <w:i w:val="0"/>
          <w:sz w:val="24"/>
        </w:rPr>
        <w:t>1. B; 2. D; 3. A; 4. C; 5. B; 6. A; 7. D; 8. C; 9. B; 10. C; 11. A; 12. D; 13. B; 14. C; 15. A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Note on Image Questions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5 image: Use a labelled atom diagram showing protons, neutrons, electrons and shells.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10 image: Use a clear leaf diagram/photo showing broad lamina and veins.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Question 19 image: Insert a labelled or clear unlabelled flower diagram showing parts such as stigma, anther, petals, ovary and sepals.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Integrated Science August Holiday Assignment 2026</dc:title>
  <dc:subject>Integrated Science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